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6BC0F" w14:textId="77777777" w:rsidR="00D9537F" w:rsidRDefault="00D9537F" w:rsidP="005F025F">
      <w:pPr>
        <w:pStyle w:val="a9"/>
        <w:jc w:val="center"/>
        <w:rPr>
          <w:rFonts w:ascii="BIZ UDPゴシック" w:eastAsia="BIZ UDPゴシック" w:hAnsi="BIZ UDPゴシック"/>
          <w:color w:val="262626" w:themeColor="text1" w:themeTint="D9"/>
          <w:sz w:val="36"/>
          <w:szCs w:val="36"/>
          <w:lang w:eastAsia="ja-JP"/>
        </w:rPr>
      </w:pPr>
      <w:r w:rsidRPr="00D9537F">
        <w:rPr>
          <w:rFonts w:ascii="BIZ UDPゴシック" w:eastAsia="BIZ UDPゴシック" w:hAnsi="BIZ UDPゴシック"/>
          <w:color w:val="262626" w:themeColor="text1" w:themeTint="D9"/>
          <w:sz w:val="36"/>
          <w:szCs w:val="36"/>
          <w:lang w:eastAsia="ja-JP"/>
        </w:rPr>
        <w:t>ＧＲＥＥＮ×ＥＸＰＯ 2027</w:t>
      </w:r>
    </w:p>
    <w:p w14:paraId="2547CEF1" w14:textId="2B735D7A" w:rsidR="007C3F83" w:rsidRPr="0090212E" w:rsidRDefault="00D9537F" w:rsidP="005F025F">
      <w:pPr>
        <w:pStyle w:val="a9"/>
        <w:jc w:val="center"/>
        <w:rPr>
          <w:rFonts w:ascii="BIZ UDPゴシック" w:eastAsia="BIZ UDPゴシック" w:hAnsi="BIZ UDPゴシック"/>
          <w:color w:val="262626" w:themeColor="text1" w:themeTint="D9"/>
          <w:sz w:val="36"/>
          <w:szCs w:val="36"/>
          <w:lang w:eastAsia="ja-JP"/>
        </w:rPr>
      </w:pPr>
      <w:r>
        <w:rPr>
          <w:rFonts w:ascii="BIZ UDPゴシック" w:eastAsia="BIZ UDPゴシック" w:hAnsi="BIZ UDPゴシック" w:hint="eastAsia"/>
          <w:color w:val="262626" w:themeColor="text1" w:themeTint="D9"/>
          <w:sz w:val="36"/>
          <w:szCs w:val="36"/>
          <w:lang w:eastAsia="ja-JP"/>
        </w:rPr>
        <w:t>も</w:t>
      </w:r>
      <w:r w:rsidRPr="00D9537F">
        <w:rPr>
          <w:rFonts w:ascii="BIZ UDPゴシック" w:eastAsia="BIZ UDPゴシック" w:hAnsi="BIZ UDPゴシック"/>
          <w:color w:val="262626" w:themeColor="text1" w:themeTint="D9"/>
          <w:sz w:val="36"/>
          <w:szCs w:val="36"/>
          <w:lang w:eastAsia="ja-JP"/>
        </w:rPr>
        <w:t xml:space="preserve">のづくり交流イベント　</w:t>
      </w:r>
      <w:r w:rsidR="005F025F" w:rsidRPr="0090212E">
        <w:rPr>
          <w:rFonts w:ascii="BIZ UDPゴシック" w:eastAsia="BIZ UDPゴシック" w:hAnsi="BIZ UDPゴシック"/>
          <w:color w:val="262626" w:themeColor="text1" w:themeTint="D9"/>
          <w:sz w:val="36"/>
          <w:szCs w:val="36"/>
          <w:lang w:eastAsia="ja-JP"/>
        </w:rPr>
        <w:t>出展提案書</w:t>
      </w:r>
    </w:p>
    <w:p w14:paraId="27FA436A" w14:textId="77777777" w:rsidR="005F025F" w:rsidRPr="0090212E" w:rsidRDefault="005F025F" w:rsidP="005F025F">
      <w:pPr>
        <w:pStyle w:val="a9"/>
        <w:jc w:val="center"/>
        <w:rPr>
          <w:rFonts w:ascii="BIZ UDPゴシック" w:eastAsia="BIZ UDPゴシック" w:hAnsi="BIZ UDPゴシック"/>
          <w:color w:val="262626" w:themeColor="text1" w:themeTint="D9"/>
          <w:sz w:val="36"/>
          <w:szCs w:val="36"/>
          <w:lang w:eastAsia="ja-JP"/>
        </w:rPr>
      </w:pPr>
    </w:p>
    <w:tbl>
      <w:tblPr>
        <w:tblStyle w:val="afe"/>
        <w:tblW w:w="0" w:type="auto"/>
        <w:tblLook w:val="04A0" w:firstRow="1" w:lastRow="0" w:firstColumn="1" w:lastColumn="0" w:noHBand="0" w:noVBand="1"/>
      </w:tblPr>
      <w:tblGrid>
        <w:gridCol w:w="2880"/>
        <w:gridCol w:w="6149"/>
      </w:tblGrid>
      <w:tr w:rsidR="007C3F83" w:rsidRPr="0090212E" w14:paraId="61E6D558" w14:textId="77777777" w:rsidTr="005F025F">
        <w:trPr>
          <w:trHeight w:val="370"/>
        </w:trPr>
        <w:tc>
          <w:tcPr>
            <w:tcW w:w="2880" w:type="dxa"/>
            <w:shd w:val="clear" w:color="auto" w:fill="E8F5E9"/>
            <w:vAlign w:val="center"/>
          </w:tcPr>
          <w:p w14:paraId="4EDAB410" w14:textId="77777777" w:rsidR="007C3F83" w:rsidRPr="0090212E" w:rsidRDefault="00340FA7">
            <w:pPr>
              <w:rPr>
                <w:rFonts w:ascii="BIZ UDPゴシック" w:eastAsia="BIZ UDPゴシック" w:hAnsi="BIZ UDPゴシック"/>
                <w:color w:val="262626" w:themeColor="text1" w:themeTint="D9"/>
                <w:szCs w:val="21"/>
              </w:rPr>
            </w:pPr>
            <w:proofErr w:type="spellStart"/>
            <w:r w:rsidRPr="0090212E">
              <w:rPr>
                <w:rFonts w:ascii="BIZ UDPゴシック" w:eastAsia="BIZ UDPゴシック" w:hAnsi="BIZ UDPゴシック"/>
                <w:b/>
                <w:color w:val="262626" w:themeColor="text1" w:themeTint="D9"/>
                <w:szCs w:val="21"/>
              </w:rPr>
              <w:t>提出日</w:t>
            </w:r>
            <w:proofErr w:type="spellEnd"/>
          </w:p>
        </w:tc>
        <w:tc>
          <w:tcPr>
            <w:tcW w:w="6149" w:type="dxa"/>
            <w:vAlign w:val="center"/>
          </w:tcPr>
          <w:p w14:paraId="373AB2B7" w14:textId="5D62D1A5" w:rsidR="007C3F83" w:rsidRPr="0090212E" w:rsidRDefault="00F97AF1">
            <w:pPr>
              <w:rPr>
                <w:rFonts w:ascii="BIZ UDPゴシック" w:eastAsia="BIZ UDPゴシック" w:hAnsi="BIZ UDPゴシック"/>
                <w:color w:val="262626" w:themeColor="text1" w:themeTint="D9"/>
                <w:szCs w:val="21"/>
              </w:rPr>
            </w:pPr>
            <w:r w:rsidRPr="0090212E">
              <w:rPr>
                <w:rFonts w:ascii="BIZ UDPゴシック" w:eastAsia="BIZ UDPゴシック" w:hAnsi="BIZ UDPゴシック" w:hint="eastAsia"/>
                <w:color w:val="262626" w:themeColor="text1" w:themeTint="D9"/>
                <w:szCs w:val="21"/>
                <w:lang w:eastAsia="ja-JP"/>
              </w:rPr>
              <w:t xml:space="preserve">　　　</w:t>
            </w:r>
            <w:r w:rsidR="00203D60">
              <w:rPr>
                <w:rFonts w:ascii="BIZ UDPゴシック" w:eastAsia="BIZ UDPゴシック" w:hAnsi="BIZ UDPゴシック" w:hint="eastAsia"/>
                <w:color w:val="262626" w:themeColor="text1" w:themeTint="D9"/>
                <w:szCs w:val="21"/>
                <w:lang w:eastAsia="ja-JP"/>
              </w:rPr>
              <w:t xml:space="preserve">　　</w:t>
            </w:r>
            <w:r w:rsidRPr="0090212E">
              <w:rPr>
                <w:rFonts w:ascii="BIZ UDPゴシック" w:eastAsia="BIZ UDPゴシック" w:hAnsi="BIZ UDPゴシック" w:hint="eastAsia"/>
                <w:color w:val="262626" w:themeColor="text1" w:themeTint="D9"/>
                <w:szCs w:val="21"/>
                <w:lang w:eastAsia="ja-JP"/>
              </w:rPr>
              <w:t xml:space="preserve">月　　</w:t>
            </w:r>
            <w:r w:rsidR="00203D60">
              <w:rPr>
                <w:rFonts w:ascii="BIZ UDPゴシック" w:eastAsia="BIZ UDPゴシック" w:hAnsi="BIZ UDPゴシック" w:hint="eastAsia"/>
                <w:color w:val="262626" w:themeColor="text1" w:themeTint="D9"/>
                <w:szCs w:val="21"/>
                <w:lang w:eastAsia="ja-JP"/>
              </w:rPr>
              <w:t xml:space="preserve">　　</w:t>
            </w:r>
            <w:r w:rsidRPr="0090212E">
              <w:rPr>
                <w:rFonts w:ascii="BIZ UDPゴシック" w:eastAsia="BIZ UDPゴシック" w:hAnsi="BIZ UDPゴシック" w:hint="eastAsia"/>
                <w:color w:val="262626" w:themeColor="text1" w:themeTint="D9"/>
                <w:szCs w:val="21"/>
                <w:lang w:eastAsia="ja-JP"/>
              </w:rPr>
              <w:t xml:space="preserve">　日</w:t>
            </w:r>
          </w:p>
        </w:tc>
      </w:tr>
      <w:tr w:rsidR="007C3F83" w:rsidRPr="0090212E" w14:paraId="73B53447" w14:textId="77777777" w:rsidTr="005F025F">
        <w:trPr>
          <w:trHeight w:val="406"/>
        </w:trPr>
        <w:tc>
          <w:tcPr>
            <w:tcW w:w="2880" w:type="dxa"/>
            <w:shd w:val="clear" w:color="auto" w:fill="E8F5E9"/>
            <w:vAlign w:val="center"/>
          </w:tcPr>
          <w:p w14:paraId="6F937A04" w14:textId="5F96606C" w:rsidR="007C3F83" w:rsidRPr="0090212E" w:rsidRDefault="005F025F">
            <w:pPr>
              <w:rPr>
                <w:rFonts w:ascii="BIZ UDPゴシック" w:eastAsia="BIZ UDPゴシック" w:hAnsi="BIZ UDPゴシック"/>
                <w:color w:val="262626" w:themeColor="text1" w:themeTint="D9"/>
                <w:szCs w:val="21"/>
              </w:rPr>
            </w:pPr>
            <w:r w:rsidRPr="0090212E">
              <w:rPr>
                <w:rFonts w:ascii="BIZ UDPゴシック" w:eastAsia="BIZ UDPゴシック" w:hAnsi="BIZ UDPゴシック" w:hint="eastAsia"/>
                <w:b/>
                <w:color w:val="262626" w:themeColor="text1" w:themeTint="D9"/>
                <w:szCs w:val="21"/>
                <w:lang w:eastAsia="ja-JP"/>
              </w:rPr>
              <w:t>企業</w:t>
            </w:r>
            <w:r w:rsidRPr="0090212E">
              <w:rPr>
                <w:rFonts w:ascii="BIZ UDPゴシック" w:eastAsia="BIZ UDPゴシック" w:hAnsi="BIZ UDPゴシック"/>
                <w:b/>
                <w:color w:val="262626" w:themeColor="text1" w:themeTint="D9"/>
                <w:szCs w:val="21"/>
              </w:rPr>
              <w:t>名</w:t>
            </w:r>
          </w:p>
        </w:tc>
        <w:tc>
          <w:tcPr>
            <w:tcW w:w="6149" w:type="dxa"/>
            <w:vAlign w:val="center"/>
          </w:tcPr>
          <w:p w14:paraId="07BCDE9F" w14:textId="77777777" w:rsidR="007C3F83" w:rsidRPr="0090212E" w:rsidRDefault="007C3F83">
            <w:pPr>
              <w:rPr>
                <w:rFonts w:ascii="BIZ UDPゴシック" w:eastAsia="BIZ UDPゴシック" w:hAnsi="BIZ UDPゴシック"/>
                <w:color w:val="262626" w:themeColor="text1" w:themeTint="D9"/>
                <w:szCs w:val="21"/>
              </w:rPr>
            </w:pPr>
          </w:p>
        </w:tc>
      </w:tr>
      <w:tr w:rsidR="007C3F83" w:rsidRPr="0090212E" w14:paraId="7F5B38D9" w14:textId="77777777" w:rsidTr="005F025F">
        <w:trPr>
          <w:trHeight w:val="413"/>
        </w:trPr>
        <w:tc>
          <w:tcPr>
            <w:tcW w:w="2880" w:type="dxa"/>
            <w:shd w:val="clear" w:color="auto" w:fill="E8F5E9"/>
            <w:vAlign w:val="center"/>
          </w:tcPr>
          <w:p w14:paraId="09A382AE" w14:textId="066ED823" w:rsidR="007C3F83" w:rsidRPr="0090212E" w:rsidRDefault="00340FA7">
            <w:pPr>
              <w:rPr>
                <w:rFonts w:ascii="BIZ UDPゴシック" w:eastAsia="BIZ UDPゴシック" w:hAnsi="BIZ UDPゴシック"/>
                <w:color w:val="262626" w:themeColor="text1" w:themeTint="D9"/>
                <w:szCs w:val="21"/>
              </w:rPr>
            </w:pPr>
            <w:proofErr w:type="spellStart"/>
            <w:r w:rsidRPr="0090212E">
              <w:rPr>
                <w:rFonts w:ascii="BIZ UDPゴシック" w:eastAsia="BIZ UDPゴシック" w:hAnsi="BIZ UDPゴシック"/>
                <w:b/>
                <w:color w:val="262626" w:themeColor="text1" w:themeTint="D9"/>
                <w:szCs w:val="21"/>
              </w:rPr>
              <w:t>代表者</w:t>
            </w:r>
            <w:proofErr w:type="spellEnd"/>
            <w:r w:rsidR="0090212E" w:rsidRPr="0090212E">
              <w:rPr>
                <w:rFonts w:ascii="BIZ UDPゴシック" w:eastAsia="BIZ UDPゴシック" w:hAnsi="BIZ UDPゴシック" w:hint="eastAsia"/>
                <w:b/>
                <w:color w:val="262626" w:themeColor="text1" w:themeTint="D9"/>
                <w:szCs w:val="21"/>
                <w:lang w:eastAsia="ja-JP"/>
              </w:rPr>
              <w:t xml:space="preserve"> </w:t>
            </w:r>
            <w:r w:rsidRPr="0090212E">
              <w:rPr>
                <w:rFonts w:ascii="BIZ UDPゴシック" w:eastAsia="BIZ UDPゴシック" w:hAnsi="BIZ UDPゴシック"/>
                <w:b/>
                <w:color w:val="262626" w:themeColor="text1" w:themeTint="D9"/>
                <w:szCs w:val="21"/>
              </w:rPr>
              <w:t>職</w:t>
            </w:r>
            <w:r w:rsidR="0090212E" w:rsidRPr="0090212E">
              <w:rPr>
                <w:rFonts w:ascii="BIZ UDPゴシック" w:eastAsia="BIZ UDPゴシック" w:hAnsi="BIZ UDPゴシック" w:hint="eastAsia"/>
                <w:b/>
                <w:color w:val="262626" w:themeColor="text1" w:themeTint="D9"/>
                <w:szCs w:val="21"/>
                <w:lang w:eastAsia="ja-JP"/>
              </w:rPr>
              <w:t>／</w:t>
            </w:r>
            <w:proofErr w:type="spellStart"/>
            <w:r w:rsidRPr="0090212E">
              <w:rPr>
                <w:rFonts w:ascii="BIZ UDPゴシック" w:eastAsia="BIZ UDPゴシック" w:hAnsi="BIZ UDPゴシック"/>
                <w:b/>
                <w:color w:val="262626" w:themeColor="text1" w:themeTint="D9"/>
                <w:szCs w:val="21"/>
              </w:rPr>
              <w:t>氏名</w:t>
            </w:r>
            <w:proofErr w:type="spellEnd"/>
          </w:p>
        </w:tc>
        <w:tc>
          <w:tcPr>
            <w:tcW w:w="6149" w:type="dxa"/>
            <w:vAlign w:val="center"/>
          </w:tcPr>
          <w:p w14:paraId="60D8FC7D" w14:textId="77777777" w:rsidR="007C3F83" w:rsidRPr="0090212E" w:rsidRDefault="007C3F83">
            <w:pPr>
              <w:rPr>
                <w:rFonts w:ascii="BIZ UDPゴシック" w:eastAsia="BIZ UDPゴシック" w:hAnsi="BIZ UDPゴシック"/>
                <w:color w:val="262626" w:themeColor="text1" w:themeTint="D9"/>
                <w:szCs w:val="21"/>
              </w:rPr>
            </w:pPr>
          </w:p>
        </w:tc>
      </w:tr>
      <w:tr w:rsidR="007C3F83" w:rsidRPr="0090212E" w14:paraId="7B987197" w14:textId="77777777" w:rsidTr="005F025F">
        <w:trPr>
          <w:trHeight w:val="419"/>
        </w:trPr>
        <w:tc>
          <w:tcPr>
            <w:tcW w:w="2880" w:type="dxa"/>
            <w:shd w:val="clear" w:color="auto" w:fill="E8F5E9"/>
            <w:vAlign w:val="center"/>
          </w:tcPr>
          <w:p w14:paraId="69A0DD2F" w14:textId="77CD6F44" w:rsidR="007C3F83" w:rsidRPr="0090212E" w:rsidRDefault="0090212E">
            <w:pPr>
              <w:rPr>
                <w:rFonts w:ascii="BIZ UDPゴシック" w:eastAsia="BIZ UDPゴシック" w:hAnsi="BIZ UDPゴシック"/>
                <w:color w:val="262626" w:themeColor="text1" w:themeTint="D9"/>
                <w:szCs w:val="21"/>
              </w:rPr>
            </w:pPr>
            <w:r w:rsidRPr="0090212E">
              <w:rPr>
                <w:rFonts w:ascii="BIZ UDPゴシック" w:eastAsia="BIZ UDPゴシック" w:hAnsi="BIZ UDPゴシック" w:hint="eastAsia"/>
                <w:b/>
                <w:color w:val="262626" w:themeColor="text1" w:themeTint="D9"/>
                <w:szCs w:val="21"/>
                <w:lang w:eastAsia="ja-JP"/>
              </w:rPr>
              <w:t>本社所在地</w:t>
            </w:r>
          </w:p>
        </w:tc>
        <w:tc>
          <w:tcPr>
            <w:tcW w:w="6149" w:type="dxa"/>
            <w:vAlign w:val="center"/>
          </w:tcPr>
          <w:p w14:paraId="5B5233C2" w14:textId="5B716D29" w:rsidR="007C3F83" w:rsidRPr="0090212E" w:rsidRDefault="005F025F" w:rsidP="00F97AF1">
            <w:pPr>
              <w:ind w:firstLineChars="50" w:firstLine="105"/>
              <w:rPr>
                <w:rFonts w:ascii="BIZ UDPゴシック" w:eastAsia="BIZ UDPゴシック" w:hAnsi="BIZ UDPゴシック"/>
                <w:color w:val="262626" w:themeColor="text1" w:themeTint="D9"/>
                <w:szCs w:val="21"/>
              </w:rPr>
            </w:pPr>
            <w:r w:rsidRPr="0090212E">
              <w:rPr>
                <w:rFonts w:ascii="BIZ UDPゴシック" w:eastAsia="BIZ UDPゴシック" w:hAnsi="BIZ UDPゴシック" w:hint="eastAsia"/>
                <w:color w:val="262626" w:themeColor="text1" w:themeTint="D9"/>
                <w:szCs w:val="21"/>
                <w:lang w:eastAsia="ja-JP"/>
              </w:rPr>
              <w:t>横浜市</w:t>
            </w:r>
          </w:p>
        </w:tc>
      </w:tr>
      <w:tr w:rsidR="007C3F83" w:rsidRPr="0090212E" w14:paraId="66296F63" w14:textId="77777777" w:rsidTr="005F025F">
        <w:trPr>
          <w:trHeight w:val="424"/>
        </w:trPr>
        <w:tc>
          <w:tcPr>
            <w:tcW w:w="2880" w:type="dxa"/>
            <w:shd w:val="clear" w:color="auto" w:fill="E8F5E9"/>
            <w:vAlign w:val="center"/>
          </w:tcPr>
          <w:p w14:paraId="224A9F13" w14:textId="5D25AC08" w:rsidR="005F025F" w:rsidRPr="0090212E" w:rsidRDefault="00203D60">
            <w:pPr>
              <w:rPr>
                <w:rFonts w:ascii="BIZ UDPゴシック" w:eastAsia="BIZ UDPゴシック" w:hAnsi="BIZ UDPゴシック"/>
                <w:b/>
                <w:color w:val="262626" w:themeColor="text1" w:themeTint="D9"/>
                <w:szCs w:val="21"/>
                <w:lang w:eastAsia="ja-JP"/>
              </w:rPr>
            </w:pPr>
            <w:r>
              <w:rPr>
                <w:rFonts w:ascii="BIZ UDPゴシック" w:eastAsia="BIZ UDPゴシック" w:hAnsi="BIZ UDPゴシック" w:hint="eastAsia"/>
                <w:b/>
                <w:color w:val="262626" w:themeColor="text1" w:themeTint="D9"/>
                <w:szCs w:val="21"/>
                <w:lang w:eastAsia="ja-JP"/>
              </w:rPr>
              <w:t>ご</w:t>
            </w:r>
            <w:proofErr w:type="spellStart"/>
            <w:r w:rsidRPr="0090212E">
              <w:rPr>
                <w:rFonts w:ascii="BIZ UDPゴシック" w:eastAsia="BIZ UDPゴシック" w:hAnsi="BIZ UDPゴシック"/>
                <w:b/>
                <w:color w:val="262626" w:themeColor="text1" w:themeTint="D9"/>
                <w:szCs w:val="21"/>
              </w:rPr>
              <w:t>担当者連絡先</w:t>
            </w:r>
            <w:proofErr w:type="spellEnd"/>
          </w:p>
        </w:tc>
        <w:tc>
          <w:tcPr>
            <w:tcW w:w="6149" w:type="dxa"/>
            <w:vAlign w:val="center"/>
          </w:tcPr>
          <w:p w14:paraId="79A418D8" w14:textId="744C7191" w:rsidR="003F7806" w:rsidRDefault="003F7806" w:rsidP="00F97AF1">
            <w:pPr>
              <w:ind w:firstLineChars="50" w:firstLine="105"/>
              <w:rPr>
                <w:rFonts w:ascii="BIZ UDPゴシック" w:eastAsia="BIZ UDPゴシック" w:hAnsi="BIZ UDPゴシック"/>
                <w:color w:val="262626" w:themeColor="text1" w:themeTint="D9"/>
                <w:szCs w:val="21"/>
                <w:lang w:eastAsia="ja-JP"/>
              </w:rPr>
            </w:pPr>
            <w:r>
              <w:rPr>
                <w:rFonts w:ascii="BIZ UDPゴシック" w:eastAsia="BIZ UDPゴシック" w:hAnsi="BIZ UDPゴシック" w:hint="eastAsia"/>
                <w:color w:val="262626" w:themeColor="text1" w:themeTint="D9"/>
                <w:szCs w:val="21"/>
                <w:lang w:eastAsia="ja-JP"/>
              </w:rPr>
              <w:t>部署／役職：</w:t>
            </w:r>
          </w:p>
          <w:p w14:paraId="503CE059" w14:textId="502A163E" w:rsidR="00F97AF1" w:rsidRPr="0090212E" w:rsidRDefault="00F97AF1" w:rsidP="00F97AF1">
            <w:pPr>
              <w:ind w:firstLineChars="50" w:firstLine="105"/>
              <w:rPr>
                <w:rFonts w:ascii="BIZ UDPゴシック" w:eastAsia="BIZ UDPゴシック" w:hAnsi="BIZ UDPゴシック"/>
                <w:color w:val="262626" w:themeColor="text1" w:themeTint="D9"/>
                <w:szCs w:val="21"/>
                <w:lang w:eastAsia="ja-JP"/>
              </w:rPr>
            </w:pPr>
            <w:r w:rsidRPr="0090212E">
              <w:rPr>
                <w:rFonts w:ascii="BIZ UDPゴシック" w:eastAsia="BIZ UDPゴシック" w:hAnsi="BIZ UDPゴシック" w:hint="eastAsia"/>
                <w:color w:val="262626" w:themeColor="text1" w:themeTint="D9"/>
                <w:szCs w:val="21"/>
                <w:lang w:eastAsia="ja-JP"/>
              </w:rPr>
              <w:t>氏名：</w:t>
            </w:r>
          </w:p>
          <w:p w14:paraId="06B25EC8" w14:textId="1070BE30" w:rsidR="007C3F83" w:rsidRPr="0090212E" w:rsidRDefault="005F025F" w:rsidP="00F97AF1">
            <w:pPr>
              <w:ind w:firstLineChars="50" w:firstLine="105"/>
              <w:rPr>
                <w:rFonts w:ascii="BIZ UDPゴシック" w:eastAsia="BIZ UDPゴシック" w:hAnsi="BIZ UDPゴシック"/>
                <w:color w:val="262626" w:themeColor="text1" w:themeTint="D9"/>
                <w:szCs w:val="21"/>
                <w:lang w:eastAsia="ja-JP"/>
              </w:rPr>
            </w:pPr>
            <w:r w:rsidRPr="0090212E">
              <w:rPr>
                <w:rFonts w:ascii="BIZ UDPゴシック" w:eastAsia="BIZ UDPゴシック" w:hAnsi="BIZ UDPゴシック" w:hint="eastAsia"/>
                <w:color w:val="262626" w:themeColor="text1" w:themeTint="D9"/>
                <w:szCs w:val="21"/>
                <w:lang w:eastAsia="ja-JP"/>
              </w:rPr>
              <w:t>電話：</w:t>
            </w:r>
          </w:p>
          <w:p w14:paraId="23C56110" w14:textId="26E671CF" w:rsidR="005F025F" w:rsidRPr="0090212E" w:rsidRDefault="005F025F" w:rsidP="00F97AF1">
            <w:pPr>
              <w:ind w:firstLineChars="50" w:firstLine="105"/>
              <w:rPr>
                <w:rFonts w:ascii="BIZ UDPゴシック" w:eastAsia="BIZ UDPゴシック" w:hAnsi="BIZ UDPゴシック"/>
                <w:color w:val="262626" w:themeColor="text1" w:themeTint="D9"/>
                <w:szCs w:val="21"/>
                <w:lang w:eastAsia="ja-JP"/>
              </w:rPr>
            </w:pPr>
            <w:r w:rsidRPr="0090212E">
              <w:rPr>
                <w:rFonts w:ascii="BIZ UDPゴシック" w:eastAsia="BIZ UDPゴシック" w:hAnsi="BIZ UDPゴシック" w:hint="eastAsia"/>
                <w:color w:val="262626" w:themeColor="text1" w:themeTint="D9"/>
                <w:szCs w:val="21"/>
                <w:lang w:eastAsia="ja-JP"/>
              </w:rPr>
              <w:t>メールアドレス：</w:t>
            </w:r>
          </w:p>
        </w:tc>
      </w:tr>
      <w:tr w:rsidR="007C3F83" w:rsidRPr="0090212E" w14:paraId="0840AEFA" w14:textId="77777777" w:rsidTr="005F025F">
        <w:trPr>
          <w:trHeight w:val="558"/>
        </w:trPr>
        <w:tc>
          <w:tcPr>
            <w:tcW w:w="2880" w:type="dxa"/>
            <w:shd w:val="clear" w:color="auto" w:fill="E8F5E9"/>
            <w:vAlign w:val="center"/>
          </w:tcPr>
          <w:p w14:paraId="5EA31B3B" w14:textId="2975AB97" w:rsidR="007C3F83" w:rsidRPr="0090212E" w:rsidRDefault="00340FA7">
            <w:pPr>
              <w:rPr>
                <w:rFonts w:ascii="BIZ UDPゴシック" w:eastAsia="BIZ UDPゴシック" w:hAnsi="BIZ UDPゴシック"/>
                <w:color w:val="262626" w:themeColor="text1" w:themeTint="D9"/>
                <w:szCs w:val="21"/>
              </w:rPr>
            </w:pPr>
            <w:proofErr w:type="spellStart"/>
            <w:r w:rsidRPr="0090212E">
              <w:rPr>
                <w:rFonts w:ascii="BIZ UDPゴシック" w:eastAsia="BIZ UDPゴシック" w:hAnsi="BIZ UDPゴシック"/>
                <w:b/>
                <w:color w:val="262626" w:themeColor="text1" w:themeTint="D9"/>
                <w:szCs w:val="21"/>
              </w:rPr>
              <w:t>出展技術・製品名</w:t>
            </w:r>
            <w:proofErr w:type="spellEnd"/>
          </w:p>
        </w:tc>
        <w:tc>
          <w:tcPr>
            <w:tcW w:w="6149" w:type="dxa"/>
            <w:vAlign w:val="center"/>
          </w:tcPr>
          <w:p w14:paraId="32588059" w14:textId="52DA8326" w:rsidR="007C3F83" w:rsidRPr="0090212E" w:rsidRDefault="00F97AF1">
            <w:pPr>
              <w:rPr>
                <w:rFonts w:ascii="BIZ UDPゴシック" w:eastAsia="BIZ UDPゴシック" w:hAnsi="BIZ UDPゴシック"/>
                <w:color w:val="262626" w:themeColor="text1" w:themeTint="D9"/>
                <w:szCs w:val="21"/>
                <w:lang w:eastAsia="ja-JP"/>
              </w:rPr>
            </w:pPr>
            <w:r w:rsidRPr="0090212E">
              <w:rPr>
                <w:rFonts w:ascii="BIZ UDPゴシック" w:eastAsia="BIZ UDPゴシック" w:hAnsi="BIZ UDPゴシック" w:hint="eastAsia"/>
                <w:color w:val="262626" w:themeColor="text1" w:themeTint="D9"/>
                <w:szCs w:val="21"/>
                <w:lang w:eastAsia="ja-JP"/>
              </w:rPr>
              <w:t xml:space="preserve"> </w:t>
            </w:r>
          </w:p>
        </w:tc>
      </w:tr>
    </w:tbl>
    <w:p w14:paraId="024AB0B9" w14:textId="77777777" w:rsidR="00F97AF1" w:rsidRPr="0090212E" w:rsidRDefault="00F97AF1" w:rsidP="00F97AF1">
      <w:pPr>
        <w:pStyle w:val="a9"/>
        <w:rPr>
          <w:rFonts w:ascii="BIZ UDPゴシック" w:eastAsia="BIZ UDPゴシック" w:hAnsi="BIZ UDPゴシック"/>
          <w:lang w:eastAsia="ja-JP"/>
        </w:rPr>
      </w:pPr>
    </w:p>
    <w:p w14:paraId="1A8E0687" w14:textId="7DF89CF0" w:rsidR="00F97AF1" w:rsidRPr="00A74D9E" w:rsidRDefault="00F97AF1" w:rsidP="00F97AF1">
      <w:pPr>
        <w:pStyle w:val="a9"/>
        <w:rPr>
          <w:rFonts w:ascii="BIZ UDPゴシック" w:eastAsia="BIZ UDPゴシック" w:hAnsi="BIZ UDPゴシック"/>
          <w:sz w:val="19"/>
          <w:szCs w:val="19"/>
          <w:lang w:eastAsia="ja-JP"/>
        </w:rPr>
      </w:pPr>
      <w:r w:rsidRPr="00A74D9E">
        <w:rPr>
          <w:rFonts w:ascii="BIZ UDPゴシック" w:eastAsia="BIZ UDPゴシック" w:hAnsi="BIZ UDPゴシック" w:hint="eastAsia"/>
          <w:sz w:val="20"/>
          <w:szCs w:val="20"/>
          <w:lang w:eastAsia="ja-JP"/>
        </w:rPr>
        <w:t xml:space="preserve">　</w:t>
      </w:r>
      <w:r w:rsidR="003F7806">
        <w:rPr>
          <w:rFonts w:ascii="BIZ UDPゴシック" w:eastAsia="BIZ UDPゴシック" w:hAnsi="BIZ UDPゴシック" w:hint="eastAsia"/>
          <w:sz w:val="20"/>
          <w:szCs w:val="20"/>
          <w:lang w:eastAsia="ja-JP"/>
        </w:rPr>
        <w:t>記入枠が不足する場合は、</w:t>
      </w:r>
      <w:r w:rsidRPr="00A74D9E">
        <w:rPr>
          <w:rFonts w:ascii="BIZ UDPゴシック" w:eastAsia="BIZ UDPゴシック" w:hAnsi="BIZ UDPゴシック" w:hint="eastAsia"/>
          <w:sz w:val="19"/>
          <w:szCs w:val="19"/>
          <w:lang w:eastAsia="ja-JP"/>
        </w:rPr>
        <w:t>枠を増やしてください。イラストや図、写真などを添付することも可能です。</w:t>
      </w:r>
    </w:p>
    <w:p w14:paraId="6F61C7A3" w14:textId="77777777" w:rsidR="00F97AF1" w:rsidRPr="0090212E" w:rsidRDefault="00F97AF1" w:rsidP="0090212E">
      <w:pPr>
        <w:pStyle w:val="a9"/>
        <w:rPr>
          <w:rFonts w:ascii="BIZ UDPゴシック" w:eastAsia="BIZ UDPゴシック" w:hAnsi="BIZ UDPゴシック"/>
          <w:lang w:eastAsia="ja-JP"/>
        </w:rPr>
      </w:pPr>
    </w:p>
    <w:p w14:paraId="32DD89EF" w14:textId="77777777" w:rsidR="0090212E" w:rsidRPr="0090212E" w:rsidRDefault="0090212E" w:rsidP="0090212E">
      <w:pPr>
        <w:pStyle w:val="a9"/>
        <w:rPr>
          <w:rFonts w:ascii="BIZ UDPゴシック" w:eastAsia="BIZ UDPゴシック" w:hAnsi="BIZ UDPゴシック"/>
          <w:lang w:eastAsia="ja-JP"/>
        </w:rPr>
      </w:pPr>
    </w:p>
    <w:p w14:paraId="7B1CBD2B" w14:textId="7F3C268C" w:rsidR="007C3F83" w:rsidRPr="0090212E" w:rsidRDefault="00340FA7" w:rsidP="0090212E">
      <w:pPr>
        <w:pStyle w:val="a9"/>
        <w:rPr>
          <w:rFonts w:ascii="BIZ UDPゴシック" w:eastAsia="BIZ UDPゴシック" w:hAnsi="BIZ UDPゴシック"/>
          <w:color w:val="262626" w:themeColor="text1" w:themeTint="D9"/>
          <w:lang w:eastAsia="ja-JP"/>
        </w:rPr>
      </w:pPr>
      <w:r w:rsidRPr="0090212E">
        <w:rPr>
          <w:rFonts w:ascii="BIZ UDPゴシック" w:eastAsia="BIZ UDPゴシック" w:hAnsi="BIZ UDPゴシック"/>
          <w:b/>
          <w:color w:val="262626" w:themeColor="text1" w:themeTint="D9"/>
          <w:sz w:val="26"/>
          <w:lang w:eastAsia="ja-JP"/>
        </w:rPr>
        <w:t>1</w:t>
      </w:r>
      <w:r w:rsidR="0076373E" w:rsidRPr="0090212E">
        <w:rPr>
          <w:rFonts w:ascii="BIZ UDPゴシック" w:eastAsia="BIZ UDPゴシック" w:hAnsi="BIZ UDPゴシック" w:hint="eastAsia"/>
          <w:b/>
          <w:color w:val="262626" w:themeColor="text1" w:themeTint="D9"/>
          <w:sz w:val="26"/>
          <w:lang w:eastAsia="ja-JP"/>
        </w:rPr>
        <w:t xml:space="preserve">　</w:t>
      </w:r>
      <w:r w:rsidRPr="0090212E">
        <w:rPr>
          <w:rFonts w:ascii="BIZ UDPゴシック" w:eastAsia="BIZ UDPゴシック" w:hAnsi="BIZ UDPゴシック"/>
          <w:b/>
          <w:color w:val="262626" w:themeColor="text1" w:themeTint="D9"/>
          <w:sz w:val="26"/>
          <w:lang w:eastAsia="ja-JP"/>
        </w:rPr>
        <w:t>技術・製品の社会的意義</w:t>
      </w:r>
    </w:p>
    <w:p w14:paraId="18920938" w14:textId="31C440D5" w:rsidR="007C3F83" w:rsidRPr="0090212E" w:rsidRDefault="00340FA7" w:rsidP="00F97AF1">
      <w:pPr>
        <w:spacing w:after="120"/>
        <w:ind w:firstLineChars="100" w:firstLine="200"/>
        <w:rPr>
          <w:rFonts w:ascii="BIZ UDPゴシック" w:eastAsia="BIZ UDPゴシック" w:hAnsi="BIZ UDPゴシック"/>
          <w:iCs/>
          <w:color w:val="262626" w:themeColor="text1" w:themeTint="D9"/>
          <w:sz w:val="20"/>
          <w:szCs w:val="20"/>
          <w:lang w:eastAsia="ja-JP"/>
        </w:rPr>
      </w:pPr>
      <w:r w:rsidRPr="0090212E">
        <w:rPr>
          <w:rFonts w:ascii="BIZ UDPゴシック" w:eastAsia="BIZ UDPゴシック" w:hAnsi="BIZ UDPゴシック"/>
          <w:iCs/>
          <w:color w:val="262626" w:themeColor="text1" w:themeTint="D9"/>
          <w:sz w:val="20"/>
          <w:szCs w:val="20"/>
          <w:lang w:eastAsia="ja-JP"/>
        </w:rPr>
        <w:t>技術開発の背景</w:t>
      </w:r>
      <w:r w:rsidR="003F7806">
        <w:rPr>
          <w:rFonts w:ascii="BIZ UDPゴシック" w:eastAsia="BIZ UDPゴシック" w:hAnsi="BIZ UDPゴシック" w:hint="eastAsia"/>
          <w:iCs/>
          <w:color w:val="262626" w:themeColor="text1" w:themeTint="D9"/>
          <w:sz w:val="20"/>
          <w:szCs w:val="20"/>
          <w:lang w:eastAsia="ja-JP"/>
        </w:rPr>
        <w:t>や</w:t>
      </w:r>
      <w:r w:rsidRPr="0090212E">
        <w:rPr>
          <w:rFonts w:ascii="BIZ UDPゴシック" w:eastAsia="BIZ UDPゴシック" w:hAnsi="BIZ UDPゴシック"/>
          <w:iCs/>
          <w:color w:val="262626" w:themeColor="text1" w:themeTint="D9"/>
          <w:sz w:val="20"/>
          <w:szCs w:val="20"/>
          <w:lang w:eastAsia="ja-JP"/>
        </w:rPr>
        <w:t>今後の社会課題解決への貢献、来場者が共感し記憶に残るような魅力的なストーリー展開について</w:t>
      </w:r>
      <w:r w:rsidR="003F7806">
        <w:rPr>
          <w:rFonts w:ascii="BIZ UDPゴシック" w:eastAsia="BIZ UDPゴシック" w:hAnsi="BIZ UDPゴシック" w:hint="eastAsia"/>
          <w:iCs/>
          <w:color w:val="262626" w:themeColor="text1" w:themeTint="D9"/>
          <w:sz w:val="20"/>
          <w:szCs w:val="20"/>
          <w:lang w:eastAsia="ja-JP"/>
        </w:rPr>
        <w:t>ご記入</w:t>
      </w:r>
      <w:r w:rsidRPr="0090212E">
        <w:rPr>
          <w:rFonts w:ascii="BIZ UDPゴシック" w:eastAsia="BIZ UDPゴシック" w:hAnsi="BIZ UDPゴシック"/>
          <w:iCs/>
          <w:color w:val="262626" w:themeColor="text1" w:themeTint="D9"/>
          <w:sz w:val="20"/>
          <w:szCs w:val="20"/>
          <w:lang w:eastAsia="ja-JP"/>
        </w:rPr>
        <w:t>ください（開発</w:t>
      </w:r>
      <w:r w:rsidR="003F7806">
        <w:rPr>
          <w:rFonts w:ascii="BIZ UDPゴシック" w:eastAsia="BIZ UDPゴシック" w:hAnsi="BIZ UDPゴシック" w:hint="eastAsia"/>
          <w:iCs/>
          <w:color w:val="262626" w:themeColor="text1" w:themeTint="D9"/>
          <w:sz w:val="20"/>
          <w:szCs w:val="20"/>
          <w:lang w:eastAsia="ja-JP"/>
        </w:rPr>
        <w:t>に対する</w:t>
      </w:r>
      <w:r w:rsidRPr="0090212E">
        <w:rPr>
          <w:rFonts w:ascii="BIZ UDPゴシック" w:eastAsia="BIZ UDPゴシック" w:hAnsi="BIZ UDPゴシック"/>
          <w:iCs/>
          <w:color w:val="262626" w:themeColor="text1" w:themeTint="D9"/>
          <w:sz w:val="20"/>
          <w:szCs w:val="20"/>
          <w:lang w:eastAsia="ja-JP"/>
        </w:rPr>
        <w:t>想い、用途、社会に与えるインパクトなど）。</w:t>
      </w:r>
    </w:p>
    <w:tbl>
      <w:tblPr>
        <w:tblStyle w:val="afe"/>
        <w:tblW w:w="0" w:type="auto"/>
        <w:tblLook w:val="04A0" w:firstRow="1" w:lastRow="0" w:firstColumn="1" w:lastColumn="0" w:noHBand="0" w:noVBand="1"/>
      </w:tblPr>
      <w:tblGrid>
        <w:gridCol w:w="9029"/>
      </w:tblGrid>
      <w:tr w:rsidR="007C3F83" w:rsidRPr="0090212E" w14:paraId="66232F3C" w14:textId="77777777">
        <w:tc>
          <w:tcPr>
            <w:tcW w:w="9029" w:type="dxa"/>
          </w:tcPr>
          <w:p w14:paraId="352EFD86" w14:textId="77777777" w:rsidR="005F025F" w:rsidRPr="0090212E" w:rsidRDefault="005F025F">
            <w:pPr>
              <w:rPr>
                <w:rFonts w:ascii="BIZ UDPゴシック" w:eastAsia="BIZ UDPゴシック" w:hAnsi="BIZ UDPゴシック"/>
                <w:color w:val="262626" w:themeColor="text1" w:themeTint="D9"/>
                <w:lang w:eastAsia="ja-JP"/>
              </w:rPr>
            </w:pPr>
          </w:p>
          <w:p w14:paraId="0EFC1C49" w14:textId="77777777" w:rsidR="005F025F" w:rsidRPr="0090212E" w:rsidRDefault="005F025F">
            <w:pPr>
              <w:rPr>
                <w:rFonts w:ascii="BIZ UDPゴシック" w:eastAsia="BIZ UDPゴシック" w:hAnsi="BIZ UDPゴシック"/>
                <w:color w:val="262626" w:themeColor="text1" w:themeTint="D9"/>
                <w:lang w:eastAsia="ja-JP"/>
              </w:rPr>
            </w:pPr>
          </w:p>
          <w:p w14:paraId="3DF5372C" w14:textId="77777777" w:rsidR="005F025F" w:rsidRPr="0090212E" w:rsidRDefault="005F025F">
            <w:pPr>
              <w:rPr>
                <w:rFonts w:ascii="BIZ UDPゴシック" w:eastAsia="BIZ UDPゴシック" w:hAnsi="BIZ UDPゴシック"/>
                <w:color w:val="262626" w:themeColor="text1" w:themeTint="D9"/>
                <w:lang w:eastAsia="ja-JP"/>
              </w:rPr>
            </w:pPr>
          </w:p>
          <w:p w14:paraId="099649D0" w14:textId="77777777" w:rsidR="005F025F" w:rsidRPr="0090212E" w:rsidRDefault="005F025F">
            <w:pPr>
              <w:rPr>
                <w:rFonts w:ascii="BIZ UDPゴシック" w:eastAsia="BIZ UDPゴシック" w:hAnsi="BIZ UDPゴシック"/>
                <w:color w:val="262626" w:themeColor="text1" w:themeTint="D9"/>
                <w:lang w:eastAsia="ja-JP"/>
              </w:rPr>
            </w:pPr>
          </w:p>
          <w:p w14:paraId="6A4DA042" w14:textId="77777777" w:rsidR="00741E58" w:rsidRDefault="00741E58">
            <w:pPr>
              <w:rPr>
                <w:rFonts w:ascii="BIZ UDPゴシック" w:eastAsia="BIZ UDPゴシック" w:hAnsi="BIZ UDPゴシック"/>
                <w:color w:val="262626" w:themeColor="text1" w:themeTint="D9"/>
                <w:lang w:eastAsia="ja-JP"/>
              </w:rPr>
            </w:pPr>
          </w:p>
          <w:p w14:paraId="64277FFD" w14:textId="77777777" w:rsidR="00A74D9E" w:rsidRPr="0090212E" w:rsidRDefault="00A74D9E">
            <w:pPr>
              <w:rPr>
                <w:rFonts w:ascii="BIZ UDPゴシック" w:eastAsia="BIZ UDPゴシック" w:hAnsi="BIZ UDPゴシック"/>
                <w:color w:val="262626" w:themeColor="text1" w:themeTint="D9"/>
                <w:lang w:eastAsia="ja-JP"/>
              </w:rPr>
            </w:pPr>
          </w:p>
          <w:p w14:paraId="7F807A86" w14:textId="77777777" w:rsidR="007C3F83" w:rsidRPr="0090212E" w:rsidRDefault="007C3F83">
            <w:pPr>
              <w:rPr>
                <w:rFonts w:ascii="BIZ UDPゴシック" w:eastAsia="BIZ UDPゴシック" w:hAnsi="BIZ UDPゴシック"/>
                <w:color w:val="262626" w:themeColor="text1" w:themeTint="D9"/>
                <w:lang w:eastAsia="ja-JP"/>
              </w:rPr>
            </w:pPr>
          </w:p>
          <w:p w14:paraId="357860B7" w14:textId="7124DBD1" w:rsidR="005F025F" w:rsidRPr="0090212E" w:rsidRDefault="005F025F">
            <w:pPr>
              <w:rPr>
                <w:rFonts w:ascii="BIZ UDPゴシック" w:eastAsia="BIZ UDPゴシック" w:hAnsi="BIZ UDPゴシック"/>
                <w:color w:val="262626" w:themeColor="text1" w:themeTint="D9"/>
                <w:lang w:eastAsia="ja-JP"/>
              </w:rPr>
            </w:pPr>
          </w:p>
        </w:tc>
      </w:tr>
    </w:tbl>
    <w:p w14:paraId="6ED7FA12" w14:textId="77777777" w:rsidR="007C3F83" w:rsidRPr="0090212E" w:rsidRDefault="007C3F83" w:rsidP="0090212E">
      <w:pPr>
        <w:pStyle w:val="a9"/>
        <w:rPr>
          <w:rFonts w:ascii="BIZ UDPゴシック" w:eastAsia="BIZ UDPゴシック" w:hAnsi="BIZ UDPゴシック"/>
          <w:lang w:eastAsia="ja-JP"/>
        </w:rPr>
      </w:pPr>
    </w:p>
    <w:p w14:paraId="66C7453A" w14:textId="77777777" w:rsidR="0090212E" w:rsidRPr="0090212E" w:rsidRDefault="0090212E" w:rsidP="0090212E">
      <w:pPr>
        <w:pStyle w:val="a9"/>
        <w:rPr>
          <w:rFonts w:ascii="BIZ UDPゴシック" w:eastAsia="BIZ UDPゴシック" w:hAnsi="BIZ UDPゴシック"/>
          <w:lang w:eastAsia="ja-JP"/>
        </w:rPr>
      </w:pPr>
    </w:p>
    <w:p w14:paraId="6EA1663E" w14:textId="419FD25A" w:rsidR="007C3F83" w:rsidRPr="0090212E" w:rsidRDefault="00340FA7" w:rsidP="0090212E">
      <w:pPr>
        <w:pStyle w:val="a9"/>
        <w:rPr>
          <w:rFonts w:ascii="BIZ UDPゴシック" w:eastAsia="BIZ UDPゴシック" w:hAnsi="BIZ UDPゴシック"/>
          <w:lang w:eastAsia="ja-JP"/>
        </w:rPr>
      </w:pPr>
      <w:r w:rsidRPr="0090212E">
        <w:rPr>
          <w:rFonts w:ascii="BIZ UDPゴシック" w:eastAsia="BIZ UDPゴシック" w:hAnsi="BIZ UDPゴシック"/>
          <w:b/>
          <w:sz w:val="26"/>
          <w:lang w:eastAsia="ja-JP"/>
        </w:rPr>
        <w:t>2</w:t>
      </w:r>
      <w:r w:rsidR="0076373E" w:rsidRPr="0090212E">
        <w:rPr>
          <w:rFonts w:ascii="BIZ UDPゴシック" w:eastAsia="BIZ UDPゴシック" w:hAnsi="BIZ UDPゴシック" w:hint="eastAsia"/>
          <w:b/>
          <w:sz w:val="26"/>
          <w:lang w:eastAsia="ja-JP"/>
        </w:rPr>
        <w:t xml:space="preserve">　</w:t>
      </w:r>
      <w:r w:rsidR="0076373E" w:rsidRPr="0090212E">
        <w:rPr>
          <w:rFonts w:ascii="BIZ UDPゴシック" w:eastAsia="BIZ UDPゴシック" w:hAnsi="BIZ UDPゴシック"/>
          <w:b/>
          <w:sz w:val="26"/>
          <w:lang w:eastAsia="ja-JP"/>
        </w:rPr>
        <w:t>循環型社会への貢献</w:t>
      </w:r>
      <w:r w:rsidR="0076373E" w:rsidRPr="0090212E">
        <w:rPr>
          <w:rFonts w:ascii="BIZ UDPゴシック" w:eastAsia="BIZ UDPゴシック" w:hAnsi="BIZ UDPゴシック" w:hint="eastAsia"/>
          <w:b/>
          <w:sz w:val="26"/>
          <w:lang w:eastAsia="ja-JP"/>
        </w:rPr>
        <w:t>、</w:t>
      </w:r>
      <w:r w:rsidRPr="0090212E">
        <w:rPr>
          <w:rFonts w:ascii="BIZ UDPゴシック" w:eastAsia="BIZ UDPゴシック" w:hAnsi="BIZ UDPゴシック"/>
          <w:b/>
          <w:sz w:val="26"/>
          <w:lang w:eastAsia="ja-JP"/>
        </w:rPr>
        <w:t>温室効果ガス削減</w:t>
      </w:r>
    </w:p>
    <w:p w14:paraId="40DC5355" w14:textId="2ADA9D81" w:rsidR="007C3F83" w:rsidRPr="0090212E" w:rsidRDefault="0076373E" w:rsidP="00F97AF1">
      <w:pPr>
        <w:spacing w:after="120"/>
        <w:ind w:firstLineChars="100" w:firstLine="200"/>
        <w:rPr>
          <w:rFonts w:ascii="BIZ UDPゴシック" w:eastAsia="BIZ UDPゴシック" w:hAnsi="BIZ UDPゴシック"/>
          <w:iCs/>
          <w:color w:val="262626" w:themeColor="text1" w:themeTint="D9"/>
          <w:sz w:val="20"/>
          <w:szCs w:val="20"/>
          <w:lang w:eastAsia="ja-JP"/>
        </w:rPr>
      </w:pPr>
      <w:r w:rsidRPr="0090212E">
        <w:rPr>
          <w:rFonts w:ascii="BIZ UDPゴシック" w:eastAsia="BIZ UDPゴシック" w:hAnsi="BIZ UDPゴシック" w:hint="eastAsia"/>
          <w:iCs/>
          <w:color w:val="262626" w:themeColor="text1" w:themeTint="D9"/>
          <w:sz w:val="20"/>
          <w:szCs w:val="20"/>
          <w:lang w:eastAsia="ja-JP"/>
        </w:rPr>
        <w:t>自然由来の素材や再生材の利用、</w:t>
      </w:r>
      <w:r w:rsidRPr="0090212E">
        <w:rPr>
          <w:rFonts w:ascii="BIZ UDPゴシック" w:eastAsia="BIZ UDPゴシック" w:hAnsi="BIZ UDPゴシック"/>
          <w:iCs/>
          <w:color w:val="262626" w:themeColor="text1" w:themeTint="D9"/>
          <w:sz w:val="20"/>
          <w:szCs w:val="20"/>
          <w:lang w:eastAsia="ja-JP"/>
        </w:rPr>
        <w:t>CO2</w:t>
      </w:r>
      <w:r w:rsidR="005F025F" w:rsidRPr="0090212E">
        <w:rPr>
          <w:rFonts w:ascii="BIZ UDPゴシック" w:eastAsia="BIZ UDPゴシック" w:hAnsi="BIZ UDPゴシック" w:hint="eastAsia"/>
          <w:iCs/>
          <w:color w:val="262626" w:themeColor="text1" w:themeTint="D9"/>
          <w:sz w:val="20"/>
          <w:szCs w:val="20"/>
          <w:lang w:eastAsia="ja-JP"/>
        </w:rPr>
        <w:t>の</w:t>
      </w:r>
      <w:r w:rsidRPr="0090212E">
        <w:rPr>
          <w:rFonts w:ascii="BIZ UDPゴシック" w:eastAsia="BIZ UDPゴシック" w:hAnsi="BIZ UDPゴシック"/>
          <w:iCs/>
          <w:color w:val="262626" w:themeColor="text1" w:themeTint="D9"/>
          <w:sz w:val="20"/>
          <w:szCs w:val="20"/>
          <w:lang w:eastAsia="ja-JP"/>
        </w:rPr>
        <w:t>削減</w:t>
      </w:r>
      <w:r w:rsidRPr="0090212E">
        <w:rPr>
          <w:rFonts w:ascii="BIZ UDPゴシック" w:eastAsia="BIZ UDPゴシック" w:hAnsi="BIZ UDPゴシック" w:hint="eastAsia"/>
          <w:iCs/>
          <w:color w:val="262626" w:themeColor="text1" w:themeTint="D9"/>
          <w:sz w:val="20"/>
          <w:szCs w:val="20"/>
          <w:lang w:eastAsia="ja-JP"/>
        </w:rPr>
        <w:t>など</w:t>
      </w:r>
      <w:r w:rsidRPr="0090212E">
        <w:rPr>
          <w:rFonts w:ascii="BIZ UDPゴシック" w:eastAsia="BIZ UDPゴシック" w:hAnsi="BIZ UDPゴシック"/>
          <w:iCs/>
          <w:color w:val="262626" w:themeColor="text1" w:themeTint="D9"/>
          <w:sz w:val="20"/>
          <w:szCs w:val="20"/>
          <w:lang w:eastAsia="ja-JP"/>
        </w:rPr>
        <w:t>、環境貢献を示す具体的な根拠（データ）や製品使用時・製造工程での省エネなど、GREEN×EXPO</w:t>
      </w:r>
      <w:r w:rsidR="00F612E3">
        <w:rPr>
          <w:rFonts w:ascii="BIZ UDPゴシック" w:eastAsia="BIZ UDPゴシック" w:hAnsi="BIZ UDPゴシック" w:hint="eastAsia"/>
          <w:iCs/>
          <w:color w:val="262626" w:themeColor="text1" w:themeTint="D9"/>
          <w:sz w:val="20"/>
          <w:szCs w:val="20"/>
          <w:lang w:eastAsia="ja-JP"/>
        </w:rPr>
        <w:t xml:space="preserve"> </w:t>
      </w:r>
      <w:r w:rsidR="005F025F" w:rsidRPr="0090212E">
        <w:rPr>
          <w:rFonts w:ascii="BIZ UDPゴシック" w:eastAsia="BIZ UDPゴシック" w:hAnsi="BIZ UDPゴシック" w:hint="eastAsia"/>
          <w:iCs/>
          <w:color w:val="262626" w:themeColor="text1" w:themeTint="D9"/>
          <w:sz w:val="20"/>
          <w:szCs w:val="20"/>
          <w:lang w:eastAsia="ja-JP"/>
        </w:rPr>
        <w:t>2027</w:t>
      </w:r>
      <w:r w:rsidRPr="0090212E">
        <w:rPr>
          <w:rFonts w:ascii="BIZ UDPゴシック" w:eastAsia="BIZ UDPゴシック" w:hAnsi="BIZ UDPゴシック"/>
          <w:iCs/>
          <w:color w:val="262626" w:themeColor="text1" w:themeTint="D9"/>
          <w:sz w:val="20"/>
          <w:szCs w:val="20"/>
          <w:lang w:eastAsia="ja-JP"/>
        </w:rPr>
        <w:t>の理念に合致する環境負荷低減の取り組みを</w:t>
      </w:r>
      <w:r w:rsidR="003F7806">
        <w:rPr>
          <w:rFonts w:ascii="BIZ UDPゴシック" w:eastAsia="BIZ UDPゴシック" w:hAnsi="BIZ UDPゴシック" w:hint="eastAsia"/>
          <w:iCs/>
          <w:color w:val="262626" w:themeColor="text1" w:themeTint="D9"/>
          <w:sz w:val="20"/>
          <w:szCs w:val="20"/>
          <w:lang w:eastAsia="ja-JP"/>
        </w:rPr>
        <w:t>ご記入</w:t>
      </w:r>
      <w:r w:rsidRPr="0090212E">
        <w:rPr>
          <w:rFonts w:ascii="BIZ UDPゴシック" w:eastAsia="BIZ UDPゴシック" w:hAnsi="BIZ UDPゴシック"/>
          <w:iCs/>
          <w:color w:val="262626" w:themeColor="text1" w:themeTint="D9"/>
          <w:sz w:val="20"/>
          <w:szCs w:val="20"/>
          <w:lang w:eastAsia="ja-JP"/>
        </w:rPr>
        <w:t>ください。</w:t>
      </w:r>
    </w:p>
    <w:tbl>
      <w:tblPr>
        <w:tblStyle w:val="afe"/>
        <w:tblW w:w="0" w:type="auto"/>
        <w:tblLook w:val="04A0" w:firstRow="1" w:lastRow="0" w:firstColumn="1" w:lastColumn="0" w:noHBand="0" w:noVBand="1"/>
      </w:tblPr>
      <w:tblGrid>
        <w:gridCol w:w="9029"/>
      </w:tblGrid>
      <w:tr w:rsidR="007C3F83" w:rsidRPr="0090212E" w14:paraId="4152A0A8" w14:textId="77777777">
        <w:tc>
          <w:tcPr>
            <w:tcW w:w="9029" w:type="dxa"/>
          </w:tcPr>
          <w:p w14:paraId="013AB91D" w14:textId="77777777" w:rsidR="007C3F83" w:rsidRPr="0090212E" w:rsidRDefault="007C3F83">
            <w:pPr>
              <w:rPr>
                <w:rFonts w:ascii="BIZ UDPゴシック" w:eastAsia="BIZ UDPゴシック" w:hAnsi="BIZ UDPゴシック"/>
                <w:color w:val="262626" w:themeColor="text1" w:themeTint="D9"/>
                <w:lang w:eastAsia="ja-JP"/>
              </w:rPr>
            </w:pPr>
          </w:p>
          <w:p w14:paraId="5212B21D" w14:textId="77777777" w:rsidR="005F025F" w:rsidRPr="0090212E" w:rsidRDefault="005F025F">
            <w:pPr>
              <w:rPr>
                <w:rFonts w:ascii="BIZ UDPゴシック" w:eastAsia="BIZ UDPゴシック" w:hAnsi="BIZ UDPゴシック"/>
                <w:color w:val="262626" w:themeColor="text1" w:themeTint="D9"/>
                <w:lang w:eastAsia="ja-JP"/>
              </w:rPr>
            </w:pPr>
          </w:p>
          <w:p w14:paraId="0B878D69" w14:textId="77777777" w:rsidR="005F025F" w:rsidRPr="0090212E" w:rsidRDefault="005F025F">
            <w:pPr>
              <w:rPr>
                <w:rFonts w:ascii="BIZ UDPゴシック" w:eastAsia="BIZ UDPゴシック" w:hAnsi="BIZ UDPゴシック"/>
                <w:color w:val="262626" w:themeColor="text1" w:themeTint="D9"/>
                <w:lang w:eastAsia="ja-JP"/>
              </w:rPr>
            </w:pPr>
          </w:p>
          <w:p w14:paraId="7C0A8481" w14:textId="77777777" w:rsidR="00741E58" w:rsidRDefault="00741E58">
            <w:pPr>
              <w:rPr>
                <w:rFonts w:ascii="BIZ UDPゴシック" w:eastAsia="BIZ UDPゴシック" w:hAnsi="BIZ UDPゴシック"/>
                <w:color w:val="262626" w:themeColor="text1" w:themeTint="D9"/>
                <w:lang w:eastAsia="ja-JP"/>
              </w:rPr>
            </w:pPr>
          </w:p>
          <w:p w14:paraId="16B8F2BB" w14:textId="77777777" w:rsidR="00A74D9E" w:rsidRPr="0090212E" w:rsidRDefault="00A74D9E">
            <w:pPr>
              <w:rPr>
                <w:rFonts w:ascii="BIZ UDPゴシック" w:eastAsia="BIZ UDPゴシック" w:hAnsi="BIZ UDPゴシック"/>
                <w:color w:val="262626" w:themeColor="text1" w:themeTint="D9"/>
                <w:lang w:eastAsia="ja-JP"/>
              </w:rPr>
            </w:pPr>
          </w:p>
          <w:p w14:paraId="00FDE77D" w14:textId="77777777" w:rsidR="005F025F" w:rsidRPr="0090212E" w:rsidRDefault="005F025F">
            <w:pPr>
              <w:rPr>
                <w:rFonts w:ascii="BIZ UDPゴシック" w:eastAsia="BIZ UDPゴシック" w:hAnsi="BIZ UDPゴシック"/>
                <w:color w:val="262626" w:themeColor="text1" w:themeTint="D9"/>
                <w:lang w:eastAsia="ja-JP"/>
              </w:rPr>
            </w:pPr>
          </w:p>
          <w:p w14:paraId="34182809" w14:textId="77777777" w:rsidR="005F025F" w:rsidRPr="0090212E" w:rsidRDefault="005F025F">
            <w:pPr>
              <w:rPr>
                <w:rFonts w:ascii="BIZ UDPゴシック" w:eastAsia="BIZ UDPゴシック" w:hAnsi="BIZ UDPゴシック"/>
                <w:color w:val="262626" w:themeColor="text1" w:themeTint="D9"/>
                <w:lang w:eastAsia="ja-JP"/>
              </w:rPr>
            </w:pPr>
          </w:p>
          <w:p w14:paraId="5F75B2A0" w14:textId="7E54CAE5" w:rsidR="005F025F" w:rsidRPr="0090212E" w:rsidRDefault="005F025F">
            <w:pPr>
              <w:rPr>
                <w:rFonts w:ascii="BIZ UDPゴシック" w:eastAsia="BIZ UDPゴシック" w:hAnsi="BIZ UDPゴシック"/>
                <w:color w:val="262626" w:themeColor="text1" w:themeTint="D9"/>
                <w:lang w:eastAsia="ja-JP"/>
              </w:rPr>
            </w:pPr>
          </w:p>
        </w:tc>
      </w:tr>
    </w:tbl>
    <w:p w14:paraId="19EA2287" w14:textId="51092996" w:rsidR="00741E58" w:rsidRPr="0090212E" w:rsidRDefault="00741E58" w:rsidP="00A74D9E">
      <w:pPr>
        <w:pStyle w:val="a9"/>
        <w:rPr>
          <w:lang w:eastAsia="ja-JP"/>
        </w:rPr>
      </w:pPr>
    </w:p>
    <w:p w14:paraId="678D3A61" w14:textId="77777777" w:rsidR="00741E58" w:rsidRPr="0090212E" w:rsidRDefault="00741E58" w:rsidP="00A74D9E">
      <w:pPr>
        <w:pStyle w:val="a9"/>
        <w:rPr>
          <w:lang w:eastAsia="ja-JP"/>
        </w:rPr>
      </w:pPr>
      <w:r w:rsidRPr="0090212E">
        <w:rPr>
          <w:lang w:eastAsia="ja-JP"/>
        </w:rPr>
        <w:br w:type="page"/>
      </w:r>
    </w:p>
    <w:p w14:paraId="463B522F" w14:textId="2B55AC86" w:rsidR="007C3F83" w:rsidRPr="0090212E" w:rsidRDefault="00340FA7" w:rsidP="0090212E">
      <w:pPr>
        <w:pStyle w:val="a9"/>
        <w:rPr>
          <w:rFonts w:ascii="BIZ UDPゴシック" w:eastAsia="BIZ UDPゴシック" w:hAnsi="BIZ UDPゴシック"/>
          <w:b/>
          <w:bCs/>
          <w:sz w:val="26"/>
          <w:szCs w:val="26"/>
          <w:lang w:eastAsia="ja-JP"/>
        </w:rPr>
      </w:pPr>
      <w:r w:rsidRPr="0090212E">
        <w:rPr>
          <w:rFonts w:ascii="BIZ UDPゴシック" w:eastAsia="BIZ UDPゴシック" w:hAnsi="BIZ UDPゴシック"/>
          <w:b/>
          <w:bCs/>
          <w:sz w:val="26"/>
          <w:szCs w:val="26"/>
          <w:lang w:eastAsia="ja-JP"/>
        </w:rPr>
        <w:lastRenderedPageBreak/>
        <w:t>3</w:t>
      </w:r>
      <w:r w:rsidR="00F97AF1" w:rsidRPr="0090212E">
        <w:rPr>
          <w:rFonts w:ascii="BIZ UDPゴシック" w:eastAsia="BIZ UDPゴシック" w:hAnsi="BIZ UDPゴシック" w:hint="eastAsia"/>
          <w:b/>
          <w:bCs/>
          <w:sz w:val="26"/>
          <w:szCs w:val="26"/>
          <w:lang w:eastAsia="ja-JP"/>
        </w:rPr>
        <w:t xml:space="preserve">　</w:t>
      </w:r>
      <w:r w:rsidRPr="0090212E">
        <w:rPr>
          <w:rFonts w:ascii="BIZ UDPゴシック" w:eastAsia="BIZ UDPゴシック" w:hAnsi="BIZ UDPゴシック"/>
          <w:b/>
          <w:bCs/>
          <w:sz w:val="26"/>
          <w:szCs w:val="26"/>
          <w:lang w:eastAsia="ja-JP"/>
        </w:rPr>
        <w:t>来場者が能動的に関われる体験・交流の工夫</w:t>
      </w:r>
    </w:p>
    <w:p w14:paraId="6CCCB74E" w14:textId="4369CBB8" w:rsidR="007C3F83" w:rsidRPr="0090212E" w:rsidRDefault="00340FA7" w:rsidP="00F97AF1">
      <w:pPr>
        <w:spacing w:after="120"/>
        <w:ind w:firstLineChars="100" w:firstLine="200"/>
        <w:rPr>
          <w:rFonts w:ascii="BIZ UDPゴシック" w:eastAsia="BIZ UDPゴシック" w:hAnsi="BIZ UDPゴシック"/>
          <w:iCs/>
          <w:color w:val="262626" w:themeColor="text1" w:themeTint="D9"/>
          <w:sz w:val="20"/>
          <w:szCs w:val="20"/>
          <w:lang w:eastAsia="ja-JP"/>
        </w:rPr>
      </w:pPr>
      <w:r w:rsidRPr="0090212E">
        <w:rPr>
          <w:rFonts w:ascii="BIZ UDPゴシック" w:eastAsia="BIZ UDPゴシック" w:hAnsi="BIZ UDPゴシック"/>
          <w:iCs/>
          <w:color w:val="262626" w:themeColor="text1" w:themeTint="D9"/>
          <w:sz w:val="20"/>
          <w:szCs w:val="20"/>
          <w:lang w:eastAsia="ja-JP"/>
        </w:rPr>
        <w:t>会場である「創発・交流」拠点に相応しく、来場者が主体的・能動的に関われる工夫（機材に触れる、クイズ、簡単な操作体験、対話・交流を生む実演デモの計画など）について</w:t>
      </w:r>
      <w:r w:rsidR="003F7806">
        <w:rPr>
          <w:rFonts w:ascii="BIZ UDPゴシック" w:eastAsia="BIZ UDPゴシック" w:hAnsi="BIZ UDPゴシック" w:hint="eastAsia"/>
          <w:iCs/>
          <w:color w:val="262626" w:themeColor="text1" w:themeTint="D9"/>
          <w:sz w:val="20"/>
          <w:szCs w:val="20"/>
          <w:lang w:eastAsia="ja-JP"/>
        </w:rPr>
        <w:t>ご記入</w:t>
      </w:r>
      <w:r w:rsidRPr="0090212E">
        <w:rPr>
          <w:rFonts w:ascii="BIZ UDPゴシック" w:eastAsia="BIZ UDPゴシック" w:hAnsi="BIZ UDPゴシック"/>
          <w:iCs/>
          <w:color w:val="262626" w:themeColor="text1" w:themeTint="D9"/>
          <w:sz w:val="20"/>
          <w:szCs w:val="20"/>
          <w:lang w:eastAsia="ja-JP"/>
        </w:rPr>
        <w:t>ください。</w:t>
      </w:r>
    </w:p>
    <w:tbl>
      <w:tblPr>
        <w:tblStyle w:val="afe"/>
        <w:tblW w:w="0" w:type="auto"/>
        <w:tblLook w:val="04A0" w:firstRow="1" w:lastRow="0" w:firstColumn="1" w:lastColumn="0" w:noHBand="0" w:noVBand="1"/>
      </w:tblPr>
      <w:tblGrid>
        <w:gridCol w:w="9029"/>
      </w:tblGrid>
      <w:tr w:rsidR="007C3F83" w:rsidRPr="0090212E" w14:paraId="3110F881" w14:textId="77777777">
        <w:tc>
          <w:tcPr>
            <w:tcW w:w="9029" w:type="dxa"/>
          </w:tcPr>
          <w:p w14:paraId="588EABFD" w14:textId="77777777" w:rsidR="007C3F83" w:rsidRPr="0090212E" w:rsidRDefault="007C3F83">
            <w:pPr>
              <w:rPr>
                <w:rFonts w:ascii="BIZ UDPゴシック" w:eastAsia="BIZ UDPゴシック" w:hAnsi="BIZ UDPゴシック"/>
                <w:color w:val="262626" w:themeColor="text1" w:themeTint="D9"/>
                <w:lang w:eastAsia="ja-JP"/>
              </w:rPr>
            </w:pPr>
          </w:p>
          <w:p w14:paraId="77372CC3" w14:textId="77777777" w:rsidR="00741E58" w:rsidRDefault="00741E58">
            <w:pPr>
              <w:rPr>
                <w:rFonts w:ascii="BIZ UDPゴシック" w:eastAsia="BIZ UDPゴシック" w:hAnsi="BIZ UDPゴシック"/>
                <w:color w:val="262626" w:themeColor="text1" w:themeTint="D9"/>
                <w:lang w:eastAsia="ja-JP"/>
              </w:rPr>
            </w:pPr>
          </w:p>
          <w:p w14:paraId="4F03CC74" w14:textId="77777777" w:rsidR="00A74D9E" w:rsidRPr="0090212E" w:rsidRDefault="00A74D9E">
            <w:pPr>
              <w:rPr>
                <w:rFonts w:ascii="BIZ UDPゴシック" w:eastAsia="BIZ UDPゴシック" w:hAnsi="BIZ UDPゴシック"/>
                <w:color w:val="262626" w:themeColor="text1" w:themeTint="D9"/>
                <w:lang w:eastAsia="ja-JP"/>
              </w:rPr>
            </w:pPr>
          </w:p>
          <w:p w14:paraId="6860B077" w14:textId="77777777" w:rsidR="00741E58" w:rsidRPr="0090212E" w:rsidRDefault="00741E58">
            <w:pPr>
              <w:rPr>
                <w:rFonts w:ascii="BIZ UDPゴシック" w:eastAsia="BIZ UDPゴシック" w:hAnsi="BIZ UDPゴシック"/>
                <w:color w:val="262626" w:themeColor="text1" w:themeTint="D9"/>
                <w:lang w:eastAsia="ja-JP"/>
              </w:rPr>
            </w:pPr>
          </w:p>
          <w:p w14:paraId="2ABB53AF" w14:textId="77777777" w:rsidR="00741E58" w:rsidRPr="0090212E" w:rsidRDefault="00741E58">
            <w:pPr>
              <w:rPr>
                <w:rFonts w:ascii="BIZ UDPゴシック" w:eastAsia="BIZ UDPゴシック" w:hAnsi="BIZ UDPゴシック"/>
                <w:color w:val="262626" w:themeColor="text1" w:themeTint="D9"/>
                <w:lang w:eastAsia="ja-JP"/>
              </w:rPr>
            </w:pPr>
          </w:p>
          <w:p w14:paraId="0A25B593" w14:textId="77777777" w:rsidR="00741E58" w:rsidRPr="0090212E" w:rsidRDefault="00741E58">
            <w:pPr>
              <w:rPr>
                <w:rFonts w:ascii="BIZ UDPゴシック" w:eastAsia="BIZ UDPゴシック" w:hAnsi="BIZ UDPゴシック"/>
                <w:color w:val="262626" w:themeColor="text1" w:themeTint="D9"/>
                <w:lang w:eastAsia="ja-JP"/>
              </w:rPr>
            </w:pPr>
          </w:p>
          <w:p w14:paraId="7656C769" w14:textId="77777777" w:rsidR="00741E58" w:rsidRPr="0090212E" w:rsidRDefault="00741E58">
            <w:pPr>
              <w:rPr>
                <w:rFonts w:ascii="BIZ UDPゴシック" w:eastAsia="BIZ UDPゴシック" w:hAnsi="BIZ UDPゴシック"/>
                <w:color w:val="262626" w:themeColor="text1" w:themeTint="D9"/>
                <w:lang w:eastAsia="ja-JP"/>
              </w:rPr>
            </w:pPr>
          </w:p>
          <w:p w14:paraId="04A10A33" w14:textId="44DFFBEC" w:rsidR="00741E58" w:rsidRPr="0090212E" w:rsidRDefault="00741E58">
            <w:pPr>
              <w:rPr>
                <w:rFonts w:ascii="BIZ UDPゴシック" w:eastAsia="BIZ UDPゴシック" w:hAnsi="BIZ UDPゴシック"/>
                <w:color w:val="262626" w:themeColor="text1" w:themeTint="D9"/>
                <w:lang w:eastAsia="ja-JP"/>
              </w:rPr>
            </w:pPr>
          </w:p>
        </w:tc>
      </w:tr>
    </w:tbl>
    <w:p w14:paraId="731A4C9E" w14:textId="77777777" w:rsidR="007C3F83" w:rsidRPr="0090212E" w:rsidRDefault="007C3F83" w:rsidP="0090212E">
      <w:pPr>
        <w:pStyle w:val="a9"/>
        <w:rPr>
          <w:rFonts w:ascii="BIZ UDPゴシック" w:eastAsia="BIZ UDPゴシック" w:hAnsi="BIZ UDPゴシック"/>
          <w:lang w:eastAsia="ja-JP"/>
        </w:rPr>
      </w:pPr>
    </w:p>
    <w:p w14:paraId="6CDA6DE2" w14:textId="77777777" w:rsidR="0090212E" w:rsidRPr="0090212E" w:rsidRDefault="0090212E" w:rsidP="0090212E">
      <w:pPr>
        <w:pStyle w:val="a9"/>
        <w:rPr>
          <w:rFonts w:ascii="BIZ UDPゴシック" w:eastAsia="BIZ UDPゴシック" w:hAnsi="BIZ UDPゴシック"/>
          <w:lang w:eastAsia="ja-JP"/>
        </w:rPr>
      </w:pPr>
    </w:p>
    <w:p w14:paraId="52FA4ED8" w14:textId="10C864C1" w:rsidR="007C3F83" w:rsidRPr="0090212E" w:rsidRDefault="00340FA7" w:rsidP="0090212E">
      <w:pPr>
        <w:pStyle w:val="a9"/>
        <w:rPr>
          <w:rFonts w:ascii="BIZ UDPゴシック" w:eastAsia="BIZ UDPゴシック" w:hAnsi="BIZ UDPゴシック"/>
          <w:lang w:eastAsia="ja-JP"/>
        </w:rPr>
      </w:pPr>
      <w:r w:rsidRPr="0090212E">
        <w:rPr>
          <w:rFonts w:ascii="BIZ UDPゴシック" w:eastAsia="BIZ UDPゴシック" w:hAnsi="BIZ UDPゴシック"/>
          <w:b/>
          <w:sz w:val="26"/>
          <w:lang w:eastAsia="ja-JP"/>
        </w:rPr>
        <w:t>4</w:t>
      </w:r>
      <w:r w:rsidR="00F97AF1" w:rsidRPr="0090212E">
        <w:rPr>
          <w:rFonts w:ascii="BIZ UDPゴシック" w:eastAsia="BIZ UDPゴシック" w:hAnsi="BIZ UDPゴシック" w:hint="eastAsia"/>
          <w:b/>
          <w:sz w:val="26"/>
          <w:lang w:eastAsia="ja-JP"/>
        </w:rPr>
        <w:t xml:space="preserve">　</w:t>
      </w:r>
      <w:r w:rsidRPr="0090212E">
        <w:rPr>
          <w:rFonts w:ascii="BIZ UDPゴシック" w:eastAsia="BIZ UDPゴシック" w:hAnsi="BIZ UDPゴシック"/>
          <w:b/>
          <w:sz w:val="26"/>
          <w:lang w:eastAsia="ja-JP"/>
        </w:rPr>
        <w:t>美的・創造的な表現と見せ方の工夫</w:t>
      </w:r>
    </w:p>
    <w:p w14:paraId="0DF9146E" w14:textId="71155E0A" w:rsidR="00472237" w:rsidRPr="0090212E" w:rsidRDefault="00340FA7" w:rsidP="00F97AF1">
      <w:pPr>
        <w:spacing w:after="120"/>
        <w:ind w:firstLineChars="100" w:firstLine="200"/>
        <w:rPr>
          <w:rFonts w:ascii="BIZ UDPゴシック" w:eastAsia="BIZ UDPゴシック" w:hAnsi="BIZ UDPゴシック"/>
          <w:iCs/>
          <w:color w:val="262626" w:themeColor="text1" w:themeTint="D9"/>
          <w:sz w:val="20"/>
          <w:szCs w:val="20"/>
          <w:lang w:eastAsia="ja-JP"/>
        </w:rPr>
      </w:pPr>
      <w:r w:rsidRPr="0090212E">
        <w:rPr>
          <w:rFonts w:ascii="BIZ UDPゴシック" w:eastAsia="BIZ UDPゴシック" w:hAnsi="BIZ UDPゴシック"/>
          <w:iCs/>
          <w:color w:val="262626" w:themeColor="text1" w:themeTint="D9"/>
          <w:sz w:val="20"/>
          <w:szCs w:val="20"/>
          <w:lang w:eastAsia="ja-JP"/>
        </w:rPr>
        <w:t>出展</w:t>
      </w:r>
      <w:r w:rsidR="00741E58" w:rsidRPr="0090212E">
        <w:rPr>
          <w:rFonts w:ascii="BIZ UDPゴシック" w:eastAsia="BIZ UDPゴシック" w:hAnsi="BIZ UDPゴシック" w:hint="eastAsia"/>
          <w:iCs/>
          <w:color w:val="262626" w:themeColor="text1" w:themeTint="D9"/>
          <w:sz w:val="20"/>
          <w:szCs w:val="20"/>
          <w:lang w:eastAsia="ja-JP"/>
        </w:rPr>
        <w:t>の意図が</w:t>
      </w:r>
      <w:r w:rsidRPr="0090212E">
        <w:rPr>
          <w:rFonts w:ascii="BIZ UDPゴシック" w:eastAsia="BIZ UDPゴシック" w:hAnsi="BIZ UDPゴシック"/>
          <w:iCs/>
          <w:color w:val="262626" w:themeColor="text1" w:themeTint="D9"/>
          <w:sz w:val="20"/>
          <w:szCs w:val="20"/>
          <w:lang w:eastAsia="ja-JP"/>
        </w:rPr>
        <w:t>伝わる工夫（内部構造の可視化や厳選された展示など）、来場者</w:t>
      </w:r>
      <w:r w:rsidR="003F7806">
        <w:rPr>
          <w:rFonts w:ascii="BIZ UDPゴシック" w:eastAsia="BIZ UDPゴシック" w:hAnsi="BIZ UDPゴシック" w:hint="eastAsia"/>
          <w:iCs/>
          <w:color w:val="262626" w:themeColor="text1" w:themeTint="D9"/>
          <w:sz w:val="20"/>
          <w:szCs w:val="20"/>
          <w:lang w:eastAsia="ja-JP"/>
        </w:rPr>
        <w:t>を引き付ける</w:t>
      </w:r>
      <w:r w:rsidRPr="0090212E">
        <w:rPr>
          <w:rFonts w:ascii="BIZ UDPゴシック" w:eastAsia="BIZ UDPゴシック" w:hAnsi="BIZ UDPゴシック"/>
          <w:iCs/>
          <w:color w:val="262626" w:themeColor="text1" w:themeTint="D9"/>
          <w:sz w:val="20"/>
          <w:szCs w:val="20"/>
          <w:lang w:eastAsia="ja-JP"/>
        </w:rPr>
        <w:t>展示デザイン・演出のアイデアを</w:t>
      </w:r>
      <w:r w:rsidR="003F7806">
        <w:rPr>
          <w:rFonts w:ascii="BIZ UDPゴシック" w:eastAsia="BIZ UDPゴシック" w:hAnsi="BIZ UDPゴシック" w:hint="eastAsia"/>
          <w:iCs/>
          <w:color w:val="262626" w:themeColor="text1" w:themeTint="D9"/>
          <w:sz w:val="20"/>
          <w:szCs w:val="20"/>
          <w:lang w:eastAsia="ja-JP"/>
        </w:rPr>
        <w:t>ご記入</w:t>
      </w:r>
      <w:r w:rsidRPr="0090212E">
        <w:rPr>
          <w:rFonts w:ascii="BIZ UDPゴシック" w:eastAsia="BIZ UDPゴシック" w:hAnsi="BIZ UDPゴシック"/>
          <w:iCs/>
          <w:color w:val="262626" w:themeColor="text1" w:themeTint="D9"/>
          <w:sz w:val="20"/>
          <w:szCs w:val="20"/>
          <w:lang w:eastAsia="ja-JP"/>
        </w:rPr>
        <w:t>ください。</w:t>
      </w:r>
      <w:r w:rsidR="00472237">
        <w:rPr>
          <w:rFonts w:ascii="BIZ UDPゴシック" w:eastAsia="BIZ UDPゴシック" w:hAnsi="BIZ UDPゴシック" w:hint="eastAsia"/>
          <w:iCs/>
          <w:color w:val="262626" w:themeColor="text1" w:themeTint="D9"/>
          <w:sz w:val="20"/>
          <w:szCs w:val="20"/>
          <w:lang w:eastAsia="ja-JP"/>
        </w:rPr>
        <w:t>可能であれば、出展イメージについてイラスト等を併せてご提案ください。</w:t>
      </w:r>
    </w:p>
    <w:tbl>
      <w:tblPr>
        <w:tblStyle w:val="afe"/>
        <w:tblW w:w="0" w:type="auto"/>
        <w:tblLook w:val="04A0" w:firstRow="1" w:lastRow="0" w:firstColumn="1" w:lastColumn="0" w:noHBand="0" w:noVBand="1"/>
      </w:tblPr>
      <w:tblGrid>
        <w:gridCol w:w="9029"/>
      </w:tblGrid>
      <w:tr w:rsidR="007C3F83" w:rsidRPr="0090212E" w14:paraId="35A353B1" w14:textId="77777777">
        <w:tc>
          <w:tcPr>
            <w:tcW w:w="9029" w:type="dxa"/>
          </w:tcPr>
          <w:p w14:paraId="2E893E92" w14:textId="77777777" w:rsidR="007C3F83" w:rsidRPr="0090212E" w:rsidRDefault="007C3F83">
            <w:pPr>
              <w:rPr>
                <w:rFonts w:ascii="BIZ UDPゴシック" w:eastAsia="BIZ UDPゴシック" w:hAnsi="BIZ UDPゴシック"/>
                <w:color w:val="262626" w:themeColor="text1" w:themeTint="D9"/>
                <w:lang w:eastAsia="ja-JP"/>
              </w:rPr>
            </w:pPr>
          </w:p>
          <w:p w14:paraId="3B579BC6" w14:textId="77777777" w:rsidR="00741E58" w:rsidRPr="0090212E" w:rsidRDefault="00741E58">
            <w:pPr>
              <w:rPr>
                <w:rFonts w:ascii="BIZ UDPゴシック" w:eastAsia="BIZ UDPゴシック" w:hAnsi="BIZ UDPゴシック"/>
                <w:color w:val="262626" w:themeColor="text1" w:themeTint="D9"/>
                <w:lang w:eastAsia="ja-JP"/>
              </w:rPr>
            </w:pPr>
          </w:p>
          <w:p w14:paraId="34F6CB34" w14:textId="77777777" w:rsidR="00741E58" w:rsidRPr="0090212E" w:rsidRDefault="00741E58">
            <w:pPr>
              <w:rPr>
                <w:rFonts w:ascii="BIZ UDPゴシック" w:eastAsia="BIZ UDPゴシック" w:hAnsi="BIZ UDPゴシック"/>
                <w:color w:val="262626" w:themeColor="text1" w:themeTint="D9"/>
                <w:lang w:eastAsia="ja-JP"/>
              </w:rPr>
            </w:pPr>
          </w:p>
          <w:p w14:paraId="3EBC2497" w14:textId="77777777" w:rsidR="00741E58" w:rsidRPr="0090212E" w:rsidRDefault="00741E58">
            <w:pPr>
              <w:rPr>
                <w:rFonts w:ascii="BIZ UDPゴシック" w:eastAsia="BIZ UDPゴシック" w:hAnsi="BIZ UDPゴシック"/>
                <w:color w:val="262626" w:themeColor="text1" w:themeTint="D9"/>
                <w:lang w:eastAsia="ja-JP"/>
              </w:rPr>
            </w:pPr>
          </w:p>
          <w:p w14:paraId="40E303C8" w14:textId="77777777" w:rsidR="00741E58" w:rsidRDefault="00741E58">
            <w:pPr>
              <w:rPr>
                <w:rFonts w:ascii="BIZ UDPゴシック" w:eastAsia="BIZ UDPゴシック" w:hAnsi="BIZ UDPゴシック"/>
                <w:color w:val="262626" w:themeColor="text1" w:themeTint="D9"/>
                <w:lang w:eastAsia="ja-JP"/>
              </w:rPr>
            </w:pPr>
          </w:p>
          <w:p w14:paraId="7F8C7293" w14:textId="77777777" w:rsidR="00A74D9E" w:rsidRPr="0090212E" w:rsidRDefault="00A74D9E">
            <w:pPr>
              <w:rPr>
                <w:rFonts w:ascii="BIZ UDPゴシック" w:eastAsia="BIZ UDPゴシック" w:hAnsi="BIZ UDPゴシック"/>
                <w:color w:val="262626" w:themeColor="text1" w:themeTint="D9"/>
                <w:lang w:eastAsia="ja-JP"/>
              </w:rPr>
            </w:pPr>
          </w:p>
          <w:p w14:paraId="1EAD2F08" w14:textId="77777777" w:rsidR="00741E58" w:rsidRPr="0090212E" w:rsidRDefault="00741E58">
            <w:pPr>
              <w:rPr>
                <w:rFonts w:ascii="BIZ UDPゴシック" w:eastAsia="BIZ UDPゴシック" w:hAnsi="BIZ UDPゴシック"/>
                <w:color w:val="262626" w:themeColor="text1" w:themeTint="D9"/>
                <w:lang w:eastAsia="ja-JP"/>
              </w:rPr>
            </w:pPr>
          </w:p>
          <w:p w14:paraId="57D8DD01" w14:textId="285A4423" w:rsidR="00741E58" w:rsidRPr="0090212E" w:rsidRDefault="00741E58">
            <w:pPr>
              <w:rPr>
                <w:rFonts w:ascii="BIZ UDPゴシック" w:eastAsia="BIZ UDPゴシック" w:hAnsi="BIZ UDPゴシック"/>
                <w:color w:val="262626" w:themeColor="text1" w:themeTint="D9"/>
                <w:lang w:eastAsia="ja-JP"/>
              </w:rPr>
            </w:pPr>
          </w:p>
        </w:tc>
      </w:tr>
    </w:tbl>
    <w:p w14:paraId="55CE8F75" w14:textId="77777777" w:rsidR="007C3F83" w:rsidRDefault="007C3F83" w:rsidP="0090212E">
      <w:pPr>
        <w:pStyle w:val="a9"/>
        <w:rPr>
          <w:rFonts w:ascii="BIZ UDPゴシック" w:eastAsia="BIZ UDPゴシック" w:hAnsi="BIZ UDPゴシック"/>
          <w:lang w:eastAsia="ja-JP"/>
        </w:rPr>
      </w:pPr>
    </w:p>
    <w:p w14:paraId="769B1C0C" w14:textId="77777777" w:rsidR="0090212E" w:rsidRPr="0090212E" w:rsidRDefault="0090212E" w:rsidP="0090212E">
      <w:pPr>
        <w:pStyle w:val="a9"/>
        <w:rPr>
          <w:rFonts w:ascii="BIZ UDPゴシック" w:eastAsia="BIZ UDPゴシック" w:hAnsi="BIZ UDPゴシック"/>
          <w:lang w:eastAsia="ja-JP"/>
        </w:rPr>
      </w:pPr>
    </w:p>
    <w:p w14:paraId="70625364" w14:textId="68D36258" w:rsidR="007C3F83" w:rsidRPr="0090212E" w:rsidRDefault="00340FA7" w:rsidP="0090212E">
      <w:pPr>
        <w:pStyle w:val="a9"/>
        <w:rPr>
          <w:rFonts w:ascii="BIZ UDPゴシック" w:eastAsia="BIZ UDPゴシック" w:hAnsi="BIZ UDPゴシック"/>
          <w:lang w:eastAsia="ja-JP"/>
        </w:rPr>
      </w:pPr>
      <w:r w:rsidRPr="0090212E">
        <w:rPr>
          <w:rFonts w:ascii="BIZ UDPゴシック" w:eastAsia="BIZ UDPゴシック" w:hAnsi="BIZ UDPゴシック"/>
          <w:b/>
          <w:sz w:val="26"/>
          <w:lang w:eastAsia="ja-JP"/>
        </w:rPr>
        <w:t>5</w:t>
      </w:r>
      <w:r w:rsidR="00F97AF1" w:rsidRPr="0090212E">
        <w:rPr>
          <w:rFonts w:ascii="BIZ UDPゴシック" w:eastAsia="BIZ UDPゴシック" w:hAnsi="BIZ UDPゴシック" w:hint="eastAsia"/>
          <w:b/>
          <w:sz w:val="26"/>
          <w:lang w:eastAsia="ja-JP"/>
        </w:rPr>
        <w:t xml:space="preserve">　</w:t>
      </w:r>
      <w:r w:rsidRPr="0090212E">
        <w:rPr>
          <w:rFonts w:ascii="BIZ UDPゴシック" w:eastAsia="BIZ UDPゴシック" w:hAnsi="BIZ UDPゴシック"/>
          <w:b/>
          <w:sz w:val="26"/>
          <w:lang w:eastAsia="ja-JP"/>
        </w:rPr>
        <w:t>次世代につながる独創的な技術・優位性</w:t>
      </w:r>
    </w:p>
    <w:p w14:paraId="07262602" w14:textId="71ABFAD2" w:rsidR="007C3F83" w:rsidRPr="0090212E" w:rsidRDefault="00340FA7" w:rsidP="00F97AF1">
      <w:pPr>
        <w:spacing w:after="120"/>
        <w:ind w:firstLineChars="100" w:firstLine="200"/>
        <w:rPr>
          <w:rFonts w:ascii="BIZ UDPゴシック" w:eastAsia="BIZ UDPゴシック" w:hAnsi="BIZ UDPゴシック"/>
          <w:iCs/>
          <w:color w:val="262626" w:themeColor="text1" w:themeTint="D9"/>
          <w:sz w:val="20"/>
          <w:szCs w:val="20"/>
          <w:lang w:eastAsia="ja-JP"/>
        </w:rPr>
      </w:pPr>
      <w:r w:rsidRPr="0090212E">
        <w:rPr>
          <w:rFonts w:ascii="BIZ UDPゴシック" w:eastAsia="BIZ UDPゴシック" w:hAnsi="BIZ UDPゴシック"/>
          <w:iCs/>
          <w:color w:val="262626" w:themeColor="text1" w:themeTint="D9"/>
          <w:sz w:val="20"/>
          <w:szCs w:val="20"/>
          <w:lang w:eastAsia="ja-JP"/>
        </w:rPr>
        <w:t xml:space="preserve"> </w:t>
      </w:r>
      <w:r w:rsidRPr="0090212E">
        <w:rPr>
          <w:rFonts w:ascii="BIZ UDPゴシック" w:eastAsia="BIZ UDPゴシック" w:hAnsi="BIZ UDPゴシック"/>
          <w:iCs/>
          <w:color w:val="262626" w:themeColor="text1" w:themeTint="D9"/>
          <w:sz w:val="20"/>
          <w:szCs w:val="20"/>
          <w:lang w:eastAsia="ja-JP"/>
        </w:rPr>
        <w:t>国内初</w:t>
      </w:r>
      <w:r w:rsidR="00741E58" w:rsidRPr="0090212E">
        <w:rPr>
          <w:rFonts w:ascii="BIZ UDPゴシック" w:eastAsia="BIZ UDPゴシック" w:hAnsi="BIZ UDPゴシック" w:hint="eastAsia"/>
          <w:iCs/>
          <w:color w:val="262626" w:themeColor="text1" w:themeTint="D9"/>
          <w:sz w:val="20"/>
          <w:szCs w:val="20"/>
          <w:lang w:eastAsia="ja-JP"/>
        </w:rPr>
        <w:t>や</w:t>
      </w:r>
      <w:r w:rsidRPr="0090212E">
        <w:rPr>
          <w:rFonts w:ascii="BIZ UDPゴシック" w:eastAsia="BIZ UDPゴシック" w:hAnsi="BIZ UDPゴシック"/>
          <w:iCs/>
          <w:color w:val="262626" w:themeColor="text1" w:themeTint="D9"/>
          <w:sz w:val="20"/>
          <w:szCs w:val="20"/>
          <w:lang w:eastAsia="ja-JP"/>
        </w:rPr>
        <w:t>特許取得などの独自技術、他社に対する差別化要素（効率化・高度化など独自の工夫）、市場における評価など、次世代のものづくりをリードする技術的優位性を記載してください。</w:t>
      </w:r>
    </w:p>
    <w:tbl>
      <w:tblPr>
        <w:tblStyle w:val="afe"/>
        <w:tblW w:w="0" w:type="auto"/>
        <w:tblLook w:val="04A0" w:firstRow="1" w:lastRow="0" w:firstColumn="1" w:lastColumn="0" w:noHBand="0" w:noVBand="1"/>
      </w:tblPr>
      <w:tblGrid>
        <w:gridCol w:w="9029"/>
      </w:tblGrid>
      <w:tr w:rsidR="007C3F83" w:rsidRPr="0090212E" w14:paraId="7C8D810B" w14:textId="77777777">
        <w:tc>
          <w:tcPr>
            <w:tcW w:w="9029" w:type="dxa"/>
          </w:tcPr>
          <w:p w14:paraId="1A033C87" w14:textId="77777777" w:rsidR="007C3F83" w:rsidRPr="0090212E" w:rsidRDefault="007C3F83">
            <w:pPr>
              <w:rPr>
                <w:rFonts w:ascii="BIZ UDPゴシック" w:eastAsia="BIZ UDPゴシック" w:hAnsi="BIZ UDPゴシック"/>
                <w:color w:val="262626" w:themeColor="text1" w:themeTint="D9"/>
                <w:lang w:eastAsia="ja-JP"/>
              </w:rPr>
            </w:pPr>
          </w:p>
          <w:p w14:paraId="6CC2D7AD" w14:textId="77777777" w:rsidR="00741E58" w:rsidRPr="0090212E" w:rsidRDefault="00741E58">
            <w:pPr>
              <w:rPr>
                <w:rFonts w:ascii="BIZ UDPゴシック" w:eastAsia="BIZ UDPゴシック" w:hAnsi="BIZ UDPゴシック"/>
                <w:color w:val="262626" w:themeColor="text1" w:themeTint="D9"/>
                <w:lang w:eastAsia="ja-JP"/>
              </w:rPr>
            </w:pPr>
          </w:p>
          <w:p w14:paraId="6472FF59" w14:textId="77777777" w:rsidR="00741E58" w:rsidRPr="0090212E" w:rsidRDefault="00741E58">
            <w:pPr>
              <w:rPr>
                <w:rFonts w:ascii="BIZ UDPゴシック" w:eastAsia="BIZ UDPゴシック" w:hAnsi="BIZ UDPゴシック"/>
                <w:color w:val="262626" w:themeColor="text1" w:themeTint="D9"/>
                <w:lang w:eastAsia="ja-JP"/>
              </w:rPr>
            </w:pPr>
          </w:p>
          <w:p w14:paraId="612C3824" w14:textId="77777777" w:rsidR="00741E58" w:rsidRDefault="00741E58">
            <w:pPr>
              <w:rPr>
                <w:rFonts w:ascii="BIZ UDPゴシック" w:eastAsia="BIZ UDPゴシック" w:hAnsi="BIZ UDPゴシック"/>
                <w:color w:val="262626" w:themeColor="text1" w:themeTint="D9"/>
                <w:lang w:eastAsia="ja-JP"/>
              </w:rPr>
            </w:pPr>
          </w:p>
          <w:p w14:paraId="0B577014" w14:textId="77777777" w:rsidR="00A74D9E" w:rsidRPr="0090212E" w:rsidRDefault="00A74D9E">
            <w:pPr>
              <w:rPr>
                <w:rFonts w:ascii="BIZ UDPゴシック" w:eastAsia="BIZ UDPゴシック" w:hAnsi="BIZ UDPゴシック"/>
                <w:color w:val="262626" w:themeColor="text1" w:themeTint="D9"/>
                <w:lang w:eastAsia="ja-JP"/>
              </w:rPr>
            </w:pPr>
          </w:p>
          <w:p w14:paraId="5F56A411" w14:textId="77777777" w:rsidR="00741E58" w:rsidRPr="0090212E" w:rsidRDefault="00741E58">
            <w:pPr>
              <w:rPr>
                <w:rFonts w:ascii="BIZ UDPゴシック" w:eastAsia="BIZ UDPゴシック" w:hAnsi="BIZ UDPゴシック"/>
                <w:color w:val="262626" w:themeColor="text1" w:themeTint="D9"/>
                <w:lang w:eastAsia="ja-JP"/>
              </w:rPr>
            </w:pPr>
          </w:p>
          <w:p w14:paraId="69E0DAB9" w14:textId="77777777" w:rsidR="00741E58" w:rsidRPr="0090212E" w:rsidRDefault="00741E58">
            <w:pPr>
              <w:rPr>
                <w:rFonts w:ascii="BIZ UDPゴシック" w:eastAsia="BIZ UDPゴシック" w:hAnsi="BIZ UDPゴシック"/>
                <w:color w:val="262626" w:themeColor="text1" w:themeTint="D9"/>
                <w:lang w:eastAsia="ja-JP"/>
              </w:rPr>
            </w:pPr>
          </w:p>
          <w:p w14:paraId="5D8CC5CF" w14:textId="1FA0D644" w:rsidR="00741E58" w:rsidRPr="0090212E" w:rsidRDefault="00741E58">
            <w:pPr>
              <w:rPr>
                <w:rFonts w:ascii="BIZ UDPゴシック" w:eastAsia="BIZ UDPゴシック" w:hAnsi="BIZ UDPゴシック"/>
                <w:color w:val="262626" w:themeColor="text1" w:themeTint="D9"/>
                <w:lang w:eastAsia="ja-JP"/>
              </w:rPr>
            </w:pPr>
          </w:p>
        </w:tc>
      </w:tr>
    </w:tbl>
    <w:p w14:paraId="5B9C83F2" w14:textId="62F52313" w:rsidR="00066525" w:rsidRDefault="00066525">
      <w:pPr>
        <w:spacing w:after="240"/>
        <w:rPr>
          <w:rFonts w:ascii="BIZ UDPゴシック" w:eastAsia="BIZ UDPゴシック" w:hAnsi="BIZ UDPゴシック"/>
          <w:color w:val="262626" w:themeColor="text1" w:themeTint="D9"/>
          <w:lang w:eastAsia="ja-JP"/>
        </w:rPr>
      </w:pPr>
    </w:p>
    <w:p w14:paraId="714F83AA" w14:textId="77777777" w:rsidR="00066525" w:rsidRDefault="00066525">
      <w:pPr>
        <w:rPr>
          <w:rFonts w:ascii="BIZ UDPゴシック" w:eastAsia="BIZ UDPゴシック" w:hAnsi="BIZ UDPゴシック"/>
          <w:color w:val="262626" w:themeColor="text1" w:themeTint="D9"/>
          <w:lang w:eastAsia="ja-JP"/>
        </w:rPr>
      </w:pPr>
      <w:r>
        <w:rPr>
          <w:rFonts w:ascii="BIZ UDPゴシック" w:eastAsia="BIZ UDPゴシック" w:hAnsi="BIZ UDPゴシック"/>
          <w:color w:val="262626" w:themeColor="text1" w:themeTint="D9"/>
          <w:lang w:eastAsia="ja-JP"/>
        </w:rPr>
        <w:br w:type="page"/>
      </w:r>
    </w:p>
    <w:p w14:paraId="75039F28" w14:textId="77777777" w:rsidR="00066525" w:rsidRPr="00F715FF" w:rsidRDefault="00066525" w:rsidP="00066525">
      <w:pPr>
        <w:jc w:val="center"/>
        <w:rPr>
          <w:rFonts w:ascii="BIZ UDPゴシック" w:eastAsia="BIZ UDPゴシック" w:hAnsi="BIZ UDPゴシック"/>
          <w:sz w:val="36"/>
          <w:szCs w:val="36"/>
          <w:lang w:eastAsia="ja-JP"/>
        </w:rPr>
      </w:pPr>
      <w:r w:rsidRPr="00F715FF">
        <w:rPr>
          <w:rFonts w:ascii="BIZ UDPゴシック" w:eastAsia="BIZ UDPゴシック" w:hAnsi="BIZ UDPゴシック" w:hint="eastAsia"/>
          <w:sz w:val="36"/>
          <w:szCs w:val="36"/>
          <w:lang w:eastAsia="ja-JP"/>
        </w:rPr>
        <w:lastRenderedPageBreak/>
        <w:t>誓約書</w:t>
      </w:r>
    </w:p>
    <w:p w14:paraId="26FDC0D6" w14:textId="77777777" w:rsidR="00066525" w:rsidRDefault="00066525" w:rsidP="00066525">
      <w:pPr>
        <w:rPr>
          <w:rFonts w:ascii="BIZ UDPゴシック" w:eastAsia="BIZ UDPゴシック" w:hAnsi="BIZ UDPゴシック"/>
          <w:sz w:val="22"/>
          <w:lang w:eastAsia="ja-JP"/>
        </w:rPr>
      </w:pPr>
    </w:p>
    <w:p w14:paraId="6FDB9C98" w14:textId="77777777" w:rsidR="00066525" w:rsidRDefault="00066525" w:rsidP="00066525">
      <w:pPr>
        <w:rPr>
          <w:rFonts w:ascii="BIZ UDPゴシック" w:eastAsia="BIZ UDPゴシック" w:hAnsi="BIZ UDPゴシック"/>
          <w:sz w:val="22"/>
          <w:lang w:eastAsia="ja-JP"/>
        </w:rPr>
      </w:pPr>
      <w:r>
        <w:rPr>
          <w:rFonts w:ascii="BIZ UDPゴシック" w:eastAsia="BIZ UDPゴシック" w:hAnsi="BIZ UDPゴシック" w:hint="eastAsia"/>
          <w:sz w:val="22"/>
          <w:lang w:eastAsia="ja-JP"/>
        </w:rPr>
        <w:t>□申請者は、横浜市内で1年以上事業所を有し、事業を営んでいる中小企業基本法における中小企業に該当します。</w:t>
      </w:r>
    </w:p>
    <w:p w14:paraId="57135EAA" w14:textId="77777777" w:rsidR="00066525" w:rsidRPr="00311C9A" w:rsidRDefault="00066525" w:rsidP="00066525">
      <w:pPr>
        <w:rPr>
          <w:rFonts w:ascii="BIZ UDPゴシック" w:eastAsia="BIZ UDPゴシック" w:hAnsi="BIZ UDPゴシック"/>
          <w:color w:val="215868" w:themeColor="accent5" w:themeShade="80"/>
          <w:sz w:val="22"/>
          <w:lang w:eastAsia="ja-JP"/>
        </w:rPr>
      </w:pPr>
      <w:r w:rsidRPr="00311C9A">
        <w:rPr>
          <w:rFonts w:ascii="BIZ UDPゴシック" w:eastAsia="BIZ UDPゴシック" w:hAnsi="BIZ UDPゴシック" w:hint="eastAsia"/>
          <w:color w:val="215868" w:themeColor="accent5" w:themeShade="80"/>
          <w:sz w:val="22"/>
          <w:lang w:eastAsia="ja-JP"/>
        </w:rPr>
        <w:t xml:space="preserve">　（横浜市工業会連合会の会員企業でない場合は、これを証する資料を添付してください）</w:t>
      </w:r>
    </w:p>
    <w:p w14:paraId="1D238BE2" w14:textId="77777777" w:rsidR="00066525" w:rsidRPr="00F715FF" w:rsidRDefault="00066525" w:rsidP="00066525">
      <w:pPr>
        <w:rPr>
          <w:rFonts w:ascii="BIZ UDPゴシック" w:eastAsia="BIZ UDPゴシック" w:hAnsi="BIZ UDPゴシック"/>
          <w:sz w:val="22"/>
          <w:lang w:eastAsia="ja-JP"/>
        </w:rPr>
      </w:pPr>
    </w:p>
    <w:p w14:paraId="77BA14B2" w14:textId="77777777" w:rsidR="00066525" w:rsidRPr="00F715FF" w:rsidRDefault="00066525" w:rsidP="00066525">
      <w:pPr>
        <w:rPr>
          <w:rFonts w:ascii="BIZ UDPゴシック" w:eastAsia="BIZ UDPゴシック" w:hAnsi="BIZ UDPゴシック"/>
          <w:sz w:val="22"/>
          <w:lang w:eastAsia="ja-JP"/>
        </w:rPr>
      </w:pPr>
      <w:r w:rsidRPr="00F715FF">
        <w:rPr>
          <w:rFonts w:ascii="BIZ UDPゴシック" w:eastAsia="BIZ UDPゴシック" w:hAnsi="BIZ UDPゴシック" w:hint="eastAsia"/>
          <w:sz w:val="22"/>
          <w:lang w:eastAsia="ja-JP"/>
        </w:rPr>
        <w:t>□</w:t>
      </w:r>
      <w:r w:rsidRPr="00F715FF">
        <w:rPr>
          <w:rFonts w:ascii="BIZ UDPゴシック" w:eastAsia="BIZ UDPゴシック" w:hAnsi="BIZ UDPゴシック"/>
          <w:sz w:val="22"/>
          <w:lang w:eastAsia="ja-JP"/>
        </w:rPr>
        <w:t>申請者は、市税及び横浜市に対する債務の支払等の滞納はありません（必要があるときは申請者の課税状況について、</w:t>
      </w:r>
      <w:r>
        <w:rPr>
          <w:rFonts w:ascii="BIZ UDPゴシック" w:eastAsia="BIZ UDPゴシック" w:hAnsi="BIZ UDPゴシック" w:hint="eastAsia"/>
          <w:sz w:val="22"/>
          <w:lang w:eastAsia="ja-JP"/>
        </w:rPr>
        <w:t>横浜市経済局を通じ、所管する部署に</w:t>
      </w:r>
      <w:r w:rsidRPr="00F715FF">
        <w:rPr>
          <w:rFonts w:ascii="BIZ UDPゴシック" w:eastAsia="BIZ UDPゴシック" w:hAnsi="BIZ UDPゴシック"/>
          <w:sz w:val="22"/>
          <w:lang w:eastAsia="ja-JP"/>
        </w:rPr>
        <w:t>確認を行います）</w:t>
      </w:r>
      <w:r>
        <w:rPr>
          <w:rFonts w:ascii="BIZ UDPゴシック" w:eastAsia="BIZ UDPゴシック" w:hAnsi="BIZ UDPゴシック" w:hint="eastAsia"/>
          <w:sz w:val="22"/>
          <w:lang w:eastAsia="ja-JP"/>
        </w:rPr>
        <w:t>。</w:t>
      </w:r>
    </w:p>
    <w:p w14:paraId="38B8E853" w14:textId="77777777" w:rsidR="00066525" w:rsidRPr="00F715FF" w:rsidRDefault="00066525" w:rsidP="00066525">
      <w:pPr>
        <w:rPr>
          <w:rFonts w:ascii="BIZ UDPゴシック" w:eastAsia="BIZ UDPゴシック" w:hAnsi="BIZ UDPゴシック"/>
          <w:sz w:val="22"/>
          <w:lang w:eastAsia="ja-JP"/>
        </w:rPr>
      </w:pPr>
    </w:p>
    <w:p w14:paraId="28B59524" w14:textId="77777777" w:rsidR="00066525" w:rsidRPr="00F715FF" w:rsidRDefault="00066525" w:rsidP="00066525">
      <w:pPr>
        <w:rPr>
          <w:rFonts w:ascii="BIZ UDPゴシック" w:eastAsia="BIZ UDPゴシック" w:hAnsi="BIZ UDPゴシック"/>
          <w:sz w:val="22"/>
          <w:lang w:eastAsia="ja-JP"/>
        </w:rPr>
      </w:pPr>
      <w:r w:rsidRPr="00F715FF">
        <w:rPr>
          <w:rFonts w:ascii="BIZ UDPゴシック" w:eastAsia="BIZ UDPゴシック" w:hAnsi="BIZ UDPゴシック" w:hint="eastAsia"/>
          <w:sz w:val="22"/>
          <w:lang w:eastAsia="ja-JP"/>
        </w:rPr>
        <w:t>□申請者は、破産法</w:t>
      </w:r>
      <w:r w:rsidRPr="00F715FF">
        <w:rPr>
          <w:rFonts w:ascii="BIZ UDPゴシック" w:eastAsia="BIZ UDPゴシック" w:hAnsi="BIZ UDPゴシック"/>
          <w:sz w:val="22"/>
          <w:lang w:eastAsia="ja-JP"/>
        </w:rPr>
        <w:t>に基づく破産手続開始の申立て、民事再生法に基づく再生手続開始の申立て又は会社更生法に基づく更生手続開始の申立て</w:t>
      </w:r>
      <w:r w:rsidRPr="00F715FF">
        <w:rPr>
          <w:rFonts w:ascii="BIZ UDPゴシック" w:eastAsia="BIZ UDPゴシック" w:hAnsi="BIZ UDPゴシック" w:hint="eastAsia"/>
          <w:sz w:val="22"/>
          <w:lang w:eastAsia="ja-JP"/>
        </w:rPr>
        <w:t>を行っていません。</w:t>
      </w:r>
    </w:p>
    <w:p w14:paraId="59274983" w14:textId="77777777" w:rsidR="00066525" w:rsidRPr="00F715FF" w:rsidRDefault="00066525" w:rsidP="00066525">
      <w:pPr>
        <w:rPr>
          <w:rFonts w:ascii="BIZ UDPゴシック" w:eastAsia="BIZ UDPゴシック" w:hAnsi="BIZ UDPゴシック"/>
          <w:sz w:val="22"/>
          <w:lang w:eastAsia="ja-JP"/>
        </w:rPr>
      </w:pPr>
    </w:p>
    <w:p w14:paraId="533C12B6" w14:textId="77777777" w:rsidR="00066525" w:rsidRPr="00F715FF" w:rsidRDefault="00066525" w:rsidP="00066525">
      <w:pPr>
        <w:rPr>
          <w:rFonts w:ascii="BIZ UDPゴシック" w:eastAsia="BIZ UDPゴシック" w:hAnsi="BIZ UDPゴシック"/>
          <w:sz w:val="22"/>
          <w:lang w:eastAsia="ja-JP"/>
        </w:rPr>
      </w:pPr>
      <w:r w:rsidRPr="00F715FF">
        <w:rPr>
          <w:rFonts w:ascii="BIZ UDPゴシック" w:eastAsia="BIZ UDPゴシック" w:hAnsi="BIZ UDPゴシック" w:hint="eastAsia"/>
          <w:sz w:val="22"/>
          <w:lang w:eastAsia="ja-JP"/>
        </w:rPr>
        <w:t>□</w:t>
      </w:r>
      <w:r w:rsidRPr="00F715FF">
        <w:rPr>
          <w:rFonts w:ascii="BIZ UDPゴシック" w:eastAsia="BIZ UDPゴシック" w:hAnsi="BIZ UDPゴシック"/>
          <w:sz w:val="22"/>
          <w:lang w:eastAsia="ja-JP"/>
        </w:rPr>
        <w:t>申請者は、暴力団及びその他の反社会的勢力ではなく、役員にも暴力団員及びその他の反社会的勢力の構成員はおりません。</w:t>
      </w:r>
    </w:p>
    <w:p w14:paraId="42A6AE14" w14:textId="77777777" w:rsidR="00066525" w:rsidRPr="00F715FF" w:rsidRDefault="00066525" w:rsidP="00066525">
      <w:pPr>
        <w:rPr>
          <w:rFonts w:ascii="BIZ UDPゴシック" w:eastAsia="BIZ UDPゴシック" w:hAnsi="BIZ UDPゴシック"/>
          <w:sz w:val="22"/>
          <w:lang w:eastAsia="ja-JP"/>
        </w:rPr>
      </w:pPr>
    </w:p>
    <w:p w14:paraId="0F710691" w14:textId="77777777" w:rsidR="00066525" w:rsidRPr="00F715FF" w:rsidRDefault="00066525" w:rsidP="00066525">
      <w:pPr>
        <w:rPr>
          <w:rFonts w:ascii="BIZ UDPゴシック" w:eastAsia="BIZ UDPゴシック" w:hAnsi="BIZ UDPゴシック"/>
          <w:sz w:val="22"/>
          <w:lang w:eastAsia="ja-JP"/>
        </w:rPr>
      </w:pPr>
      <w:r w:rsidRPr="00F715FF">
        <w:rPr>
          <w:rFonts w:ascii="BIZ UDPゴシック" w:eastAsia="BIZ UDPゴシック" w:hAnsi="BIZ UDPゴシック" w:hint="eastAsia"/>
          <w:sz w:val="22"/>
          <w:lang w:eastAsia="ja-JP"/>
        </w:rPr>
        <w:t>□出展企業の選ばれた際に申請者は、</w:t>
      </w:r>
      <w:r w:rsidRPr="00F715FF">
        <w:rPr>
          <w:rFonts w:ascii="BIZ UDPゴシック" w:eastAsia="BIZ UDPゴシック" w:hAnsi="BIZ UDPゴシック"/>
          <w:sz w:val="22"/>
          <w:lang w:eastAsia="ja-JP"/>
        </w:rPr>
        <w:t>役員等氏名一覧表を提出し、横浜市暴力団排除条例第８条に基づき暴力団ではないことを神奈川県警察本部長に対して確認を行うことについて承諾します。また、全ての役員に同趣旨を説明し、同意を得ています。</w:t>
      </w:r>
    </w:p>
    <w:p w14:paraId="1E8A308A" w14:textId="77777777" w:rsidR="00066525" w:rsidRPr="00F715FF" w:rsidRDefault="00066525" w:rsidP="00066525">
      <w:pPr>
        <w:rPr>
          <w:rFonts w:ascii="BIZ UDPゴシック" w:eastAsia="BIZ UDPゴシック" w:hAnsi="BIZ UDPゴシック"/>
          <w:sz w:val="22"/>
          <w:lang w:eastAsia="ja-JP"/>
        </w:rPr>
      </w:pPr>
    </w:p>
    <w:p w14:paraId="3674E817" w14:textId="77777777" w:rsidR="00066525" w:rsidRPr="00F715FF" w:rsidRDefault="00066525" w:rsidP="00066525">
      <w:pPr>
        <w:jc w:val="right"/>
        <w:rPr>
          <w:rFonts w:ascii="BIZ UDPゴシック" w:eastAsia="BIZ UDPゴシック" w:hAnsi="BIZ UDPゴシック"/>
          <w:sz w:val="22"/>
        </w:rPr>
      </w:pPr>
      <w:r w:rsidRPr="00F715FF">
        <w:rPr>
          <w:rFonts w:ascii="BIZ UDPゴシック" w:eastAsia="BIZ UDPゴシック" w:hAnsi="BIZ UDPゴシック" w:hint="eastAsia"/>
          <w:sz w:val="22"/>
        </w:rPr>
        <w:t xml:space="preserve">年　</w:t>
      </w:r>
      <w:r>
        <w:rPr>
          <w:rFonts w:ascii="BIZ UDPゴシック" w:eastAsia="BIZ UDPゴシック" w:hAnsi="BIZ UDPゴシック" w:hint="eastAsia"/>
          <w:sz w:val="22"/>
        </w:rPr>
        <w:t xml:space="preserve">　</w:t>
      </w:r>
      <w:r w:rsidRPr="00F715FF">
        <w:rPr>
          <w:rFonts w:ascii="BIZ UDPゴシック" w:eastAsia="BIZ UDPゴシック" w:hAnsi="BIZ UDPゴシック" w:hint="eastAsia"/>
          <w:sz w:val="22"/>
        </w:rPr>
        <w:t xml:space="preserve">　月</w:t>
      </w:r>
      <w:r>
        <w:rPr>
          <w:rFonts w:ascii="BIZ UDPゴシック" w:eastAsia="BIZ UDPゴシック" w:hAnsi="BIZ UDPゴシック" w:hint="eastAsia"/>
          <w:sz w:val="22"/>
        </w:rPr>
        <w:t xml:space="preserve">　</w:t>
      </w:r>
      <w:r w:rsidRPr="00F715FF">
        <w:rPr>
          <w:rFonts w:ascii="BIZ UDPゴシック" w:eastAsia="BIZ UDPゴシック" w:hAnsi="BIZ UDPゴシック" w:hint="eastAsia"/>
          <w:sz w:val="22"/>
        </w:rPr>
        <w:t xml:space="preserve">　　日</w:t>
      </w:r>
    </w:p>
    <w:p w14:paraId="00356390" w14:textId="77777777" w:rsidR="00066525" w:rsidRPr="00F715FF" w:rsidRDefault="00066525" w:rsidP="00066525">
      <w:pPr>
        <w:rPr>
          <w:rFonts w:ascii="BIZ UDPゴシック" w:eastAsia="BIZ UDPゴシック" w:hAnsi="BIZ UDPゴシック"/>
          <w:sz w:val="22"/>
        </w:rPr>
      </w:pPr>
    </w:p>
    <w:p w14:paraId="1B39307B" w14:textId="77777777" w:rsidR="00066525" w:rsidRDefault="00066525" w:rsidP="00066525">
      <w:pPr>
        <w:spacing w:line="480" w:lineRule="auto"/>
        <w:rPr>
          <w:rFonts w:ascii="BIZ UDPゴシック" w:eastAsia="BIZ UDPゴシック" w:hAnsi="BIZ UDPゴシック"/>
          <w:sz w:val="22"/>
        </w:rPr>
      </w:pPr>
      <w:r w:rsidRPr="00F715FF">
        <w:rPr>
          <w:rFonts w:ascii="BIZ UDPゴシック" w:eastAsia="BIZ UDPゴシック" w:hAnsi="BIZ UDPゴシック" w:hint="eastAsia"/>
          <w:sz w:val="22"/>
        </w:rPr>
        <w:t xml:space="preserve">　</w:t>
      </w:r>
      <w:proofErr w:type="spellStart"/>
      <w:r w:rsidRPr="00F715FF">
        <w:rPr>
          <w:rFonts w:ascii="BIZ UDPゴシック" w:eastAsia="BIZ UDPゴシック" w:hAnsi="BIZ UDPゴシック" w:hint="eastAsia"/>
          <w:sz w:val="22"/>
        </w:rPr>
        <w:t>申請者</w:t>
      </w:r>
      <w:proofErr w:type="spellEnd"/>
    </w:p>
    <w:p w14:paraId="7C0595C1" w14:textId="77777777" w:rsidR="00066525" w:rsidRPr="00F715FF" w:rsidRDefault="00066525" w:rsidP="00066525">
      <w:pPr>
        <w:spacing w:line="480" w:lineRule="auto"/>
        <w:ind w:firstLineChars="193" w:firstLine="425"/>
        <w:rPr>
          <w:rFonts w:ascii="BIZ UDPゴシック" w:eastAsia="BIZ UDPゴシック" w:hAnsi="BIZ UDPゴシック"/>
          <w:sz w:val="22"/>
        </w:rPr>
      </w:pPr>
      <w:proofErr w:type="spellStart"/>
      <w:r w:rsidRPr="00F715FF">
        <w:rPr>
          <w:rFonts w:ascii="BIZ UDPゴシック" w:eastAsia="BIZ UDPゴシック" w:hAnsi="BIZ UDPゴシック" w:hint="eastAsia"/>
          <w:sz w:val="22"/>
        </w:rPr>
        <w:t>住所</w:t>
      </w:r>
      <w:proofErr w:type="spellEnd"/>
      <w:r w:rsidRPr="00F715FF">
        <w:rPr>
          <w:rFonts w:ascii="BIZ UDPゴシック" w:eastAsia="BIZ UDPゴシック" w:hAnsi="BIZ UDPゴシック" w:hint="eastAsia"/>
          <w:sz w:val="22"/>
        </w:rPr>
        <w:t xml:space="preserve">　</w:t>
      </w:r>
      <w:proofErr w:type="spellStart"/>
      <w:r w:rsidRPr="00F715FF">
        <w:rPr>
          <w:rFonts w:ascii="BIZ UDPゴシック" w:eastAsia="BIZ UDPゴシック" w:hAnsi="BIZ UDPゴシック" w:hint="eastAsia"/>
          <w:sz w:val="22"/>
        </w:rPr>
        <w:t>横浜市</w:t>
      </w:r>
      <w:proofErr w:type="spellEnd"/>
    </w:p>
    <w:p w14:paraId="7D4F08BE" w14:textId="77777777" w:rsidR="00066525" w:rsidRPr="00F715FF" w:rsidRDefault="00066525" w:rsidP="00066525">
      <w:pPr>
        <w:spacing w:line="480" w:lineRule="auto"/>
        <w:ind w:firstLineChars="193" w:firstLine="425"/>
        <w:rPr>
          <w:rFonts w:ascii="BIZ UDPゴシック" w:eastAsia="BIZ UDPゴシック" w:hAnsi="BIZ UDPゴシック"/>
          <w:sz w:val="22"/>
        </w:rPr>
      </w:pPr>
      <w:proofErr w:type="spellStart"/>
      <w:r w:rsidRPr="00F715FF">
        <w:rPr>
          <w:rFonts w:ascii="BIZ UDPゴシック" w:eastAsia="BIZ UDPゴシック" w:hAnsi="BIZ UDPゴシック" w:hint="eastAsia"/>
          <w:sz w:val="22"/>
        </w:rPr>
        <w:t>企業名</w:t>
      </w:r>
      <w:proofErr w:type="spellEnd"/>
      <w:r>
        <w:rPr>
          <w:rFonts w:ascii="BIZ UDPゴシック" w:eastAsia="BIZ UDPゴシック" w:hAnsi="BIZ UDPゴシック" w:hint="eastAsia"/>
          <w:sz w:val="22"/>
        </w:rPr>
        <w:t xml:space="preserve">　</w:t>
      </w:r>
    </w:p>
    <w:p w14:paraId="5C0F5623" w14:textId="77777777" w:rsidR="00066525" w:rsidRPr="00F715FF" w:rsidRDefault="00066525" w:rsidP="00066525">
      <w:pPr>
        <w:spacing w:line="480" w:lineRule="auto"/>
        <w:ind w:firstLineChars="193" w:firstLine="425"/>
        <w:rPr>
          <w:rFonts w:ascii="BIZ UDPゴシック" w:eastAsia="BIZ UDPゴシック" w:hAnsi="BIZ UDPゴシック"/>
          <w:sz w:val="22"/>
        </w:rPr>
      </w:pPr>
      <w:proofErr w:type="spellStart"/>
      <w:r w:rsidRPr="00F715FF">
        <w:rPr>
          <w:rFonts w:ascii="BIZ UDPゴシック" w:eastAsia="BIZ UDPゴシック" w:hAnsi="BIZ UDPゴシック" w:hint="eastAsia"/>
          <w:sz w:val="22"/>
        </w:rPr>
        <w:t>代表者名</w:t>
      </w:r>
      <w:proofErr w:type="spellEnd"/>
    </w:p>
    <w:p w14:paraId="29CE1B2C" w14:textId="599F599E" w:rsidR="007C3F83" w:rsidRPr="00066525" w:rsidRDefault="00066525" w:rsidP="00066525">
      <w:pPr>
        <w:jc w:val="right"/>
        <w:rPr>
          <w:rFonts w:ascii="BIZ UDPゴシック" w:eastAsia="BIZ UDPゴシック" w:hAnsi="BIZ UDPゴシック"/>
          <w:color w:val="262626" w:themeColor="text1" w:themeTint="D9"/>
          <w:lang w:eastAsia="ja-JP"/>
        </w:rPr>
      </w:pPr>
      <w:r w:rsidRPr="00311C9A">
        <w:rPr>
          <w:rFonts w:ascii="BIZ UDPゴシック" w:eastAsia="BIZ UDPゴシック" w:hAnsi="BIZ UDPゴシック" w:hint="eastAsia"/>
          <w:color w:val="215868" w:themeColor="accent5" w:themeShade="80"/>
          <w:sz w:val="22"/>
          <w:lang w:eastAsia="ja-JP"/>
        </w:rPr>
        <w:t xml:space="preserve">　　（申請者欄を自署した場合、押印は不要です）</w:t>
      </w:r>
    </w:p>
    <w:sectPr w:rsidR="007C3F83" w:rsidRPr="00066525" w:rsidSect="00034616">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40E0" w14:textId="77777777" w:rsidR="00340FA7" w:rsidRDefault="00340FA7" w:rsidP="00203D60">
      <w:pPr>
        <w:spacing w:after="0" w:line="240" w:lineRule="auto"/>
      </w:pPr>
      <w:r>
        <w:separator/>
      </w:r>
    </w:p>
  </w:endnote>
  <w:endnote w:type="continuationSeparator" w:id="0">
    <w:p w14:paraId="63CB15AA" w14:textId="77777777" w:rsidR="00340FA7" w:rsidRDefault="00340FA7" w:rsidP="0020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428FD" w14:textId="77777777" w:rsidR="00340FA7" w:rsidRDefault="00340FA7" w:rsidP="00203D60">
      <w:pPr>
        <w:spacing w:after="0" w:line="240" w:lineRule="auto"/>
      </w:pPr>
      <w:r>
        <w:separator/>
      </w:r>
    </w:p>
  </w:footnote>
  <w:footnote w:type="continuationSeparator" w:id="0">
    <w:p w14:paraId="631A39E9" w14:textId="77777777" w:rsidR="00340FA7" w:rsidRDefault="00340FA7" w:rsidP="00203D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82498998">
    <w:abstractNumId w:val="8"/>
  </w:num>
  <w:num w:numId="2" w16cid:durableId="1142238801">
    <w:abstractNumId w:val="6"/>
  </w:num>
  <w:num w:numId="3" w16cid:durableId="1044135127">
    <w:abstractNumId w:val="5"/>
  </w:num>
  <w:num w:numId="4" w16cid:durableId="2045130325">
    <w:abstractNumId w:val="4"/>
  </w:num>
  <w:num w:numId="5" w16cid:durableId="655962312">
    <w:abstractNumId w:val="7"/>
  </w:num>
  <w:num w:numId="6" w16cid:durableId="1100878115">
    <w:abstractNumId w:val="3"/>
  </w:num>
  <w:num w:numId="7" w16cid:durableId="1802772584">
    <w:abstractNumId w:val="2"/>
  </w:num>
  <w:num w:numId="8" w16cid:durableId="1679194550">
    <w:abstractNumId w:val="1"/>
  </w:num>
  <w:num w:numId="9" w16cid:durableId="81070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525"/>
    <w:rsid w:val="001075F8"/>
    <w:rsid w:val="0015074B"/>
    <w:rsid w:val="00180FD6"/>
    <w:rsid w:val="00203D60"/>
    <w:rsid w:val="00255A51"/>
    <w:rsid w:val="0029639D"/>
    <w:rsid w:val="002B0391"/>
    <w:rsid w:val="00326F90"/>
    <w:rsid w:val="00340FA7"/>
    <w:rsid w:val="003F7806"/>
    <w:rsid w:val="004721E8"/>
    <w:rsid w:val="00472237"/>
    <w:rsid w:val="005F025F"/>
    <w:rsid w:val="00612790"/>
    <w:rsid w:val="00741E58"/>
    <w:rsid w:val="0076373E"/>
    <w:rsid w:val="007C3F83"/>
    <w:rsid w:val="008758A8"/>
    <w:rsid w:val="0090212E"/>
    <w:rsid w:val="00A73537"/>
    <w:rsid w:val="00A74D9E"/>
    <w:rsid w:val="00AA1D8D"/>
    <w:rsid w:val="00B47730"/>
    <w:rsid w:val="00B96F71"/>
    <w:rsid w:val="00CB0664"/>
    <w:rsid w:val="00D42563"/>
    <w:rsid w:val="00D8225A"/>
    <w:rsid w:val="00D9537F"/>
    <w:rsid w:val="00ED71D5"/>
    <w:rsid w:val="00F612E3"/>
    <w:rsid w:val="00F97A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159AA3A"/>
  <w14:defaultImageDpi w14:val="300"/>
  <w15:docId w15:val="{A58580A3-B172-4661-8A59-A441F15F7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hAnsi="メイリオ"/>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192</Words>
  <Characters>1099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jigyous</cp:lastModifiedBy>
  <cp:revision>10</cp:revision>
  <cp:lastPrinted>2026-07-08T04:46:00Z</cp:lastPrinted>
  <dcterms:created xsi:type="dcterms:W3CDTF">2013-12-23T23:15:00Z</dcterms:created>
  <dcterms:modified xsi:type="dcterms:W3CDTF">2026-09-11T00:49:00Z</dcterms:modified>
  <cp:category/>
</cp:coreProperties>
</file>